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КОМАНДИРУ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військової частини А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[військове звання, прізвище та ініціали командира]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[Військове звання, посада заявника]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Військовий квиток: [серія, 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Особовий номер: [_____________]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240" w:line="276" w:lineRule="auto"/>
        <w:jc w:val="center"/>
      </w:pPr>
      <w:r>
        <w:rPr>
          <w:b/>
          <w:i w:val="0"/>
          <w:sz w:val="28"/>
        </w:rPr>
        <w:t>РАПОРТ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Прошу Вашого дозволу на надання мені відпустки за сімейними обставинами та з інших поважних причин строком на [____] календарних днів (не більше 10) з [ДД.ММ.РРРР] по [ДД.ММ.РРРР], без урахування часу на проїзд у межах України до місця проведення відпустки та назад — [__] доби в один кінець (не більше двох), у зв’язку з наступними обставинами: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[Виберіть та конкретизуйте підставу:]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Тяжка хвороба члена сім’ї</w:t>
      </w:r>
      <w:r>
        <w:rPr>
          <w:b w:val="0"/>
          <w:i w:val="0"/>
          <w:sz w:val="28"/>
        </w:rPr>
        <w:t xml:space="preserve"> (батько / мати / дружина / чоловік / дитина): [П.І.Б., ступінь споріднення, діагноз, лікувальний заклад]. Документ, що підтверджує: медична довідка від «___» _______ 20__ р., видана [_______], додається.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Смерть члена сім’ї (близького родича):</w:t>
      </w:r>
      <w:r>
        <w:rPr>
          <w:b w:val="0"/>
          <w:i w:val="0"/>
          <w:sz w:val="28"/>
        </w:rPr>
        <w:t xml:space="preserve"> [П.І.Б., ступінь споріднення, дата смерті]. Документ, що підтверджує: свідоцтво про смерть від «___» _______ 20__ р., серія [___] № [___], додається.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Народження дитини:</w:t>
      </w:r>
      <w:r>
        <w:rPr>
          <w:b w:val="0"/>
          <w:i w:val="0"/>
          <w:sz w:val="28"/>
        </w:rPr>
        <w:t xml:space="preserve"> [ім’я дитини, дата народження]. Документ, що підтверджує: свідоцтво про народження дитини від «___» _______ 20__ р., серія [___] № [___], додається.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Інші сімейні обставини, що потребують особистої присутності:</w:t>
      </w:r>
      <w:r>
        <w:rPr>
          <w:b w:val="0"/>
          <w:i w:val="0"/>
          <w:sz w:val="28"/>
        </w:rPr>
        <w:t xml:space="preserve"> [конкретно описати — наприклад, оформлення спадщини, опіки над неповнолітнім, юридичні дії, які не можуть бути вчинені іншою особою]. Підтверджуючі документи додаються.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Місце проведення відпустки: [повна адреса, де перебуватиму].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Контактний телефон під час відпустки: [+380 __ ___ __ __].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Зобов’язуюсь: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Прибути до місця несення служби своєчасно після завершення відпустки.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У разі неможливості вчасного повернення з поважних причин — невідкладно повідомити командування військової частини.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Дотримуватися вимог Статуту внутрішньої служби ЗСУ під час перебування у відпустці.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Підстави: пункт 18 статті 10-1 Закону України «Про соціальний і правовий захист військовослужбовців та членів їх сімей» № 2011-XII від 20.12.1991, Статут внутрішньої служби Збройних Сил України.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Документ, що підтверджує сімейні обставини (медична довідка / свідоцтво про смерть / свідоцтво про народження / інше)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паспорта громадянина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свідоцтва, що підтверджує родинні зв’язки (за необхідності)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Інші документи: [_______]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[військове звання, 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про надання відпустки за сімейними обставинами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