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апеляційного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[адреса суду, поштовий індекс]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Скаржник: [ПІБ], [позивач / відповідач / третя особа / особа, яка не брала участі у справі]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 (або серія і номер паспорта)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Інші учасники справи: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[позивач / відповідач]: [ПІБ або найменування], [адреса]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[третя особа, якщо є]: [ПІБ або найменування], [адреса]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Справа №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Судовий збір: [__] грн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АПЕЛЯЦІЙНА СКАРГА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на рішення [найменування суду першої інстанції] від [дата] у справі № [__]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[Дата] [найменування суду] ухвалив рішення у справі № [__] за позовом [ПІБ] до [ПІБ] про [предмет спору], яким [позов задоволено / у позові відмовлено / позов задоволено частково: зміст резолютивної частини].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Повне рішення складено [дата]. Копію рішення я отримав(ла) [дата] [під розписку / в електронному кабінеті / поштою].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Рішення [повністю / в частині __] є незаконним і необґрунтованим з таких підстав (ст. 376 ЦПК України, залиште потрібне):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Суд неповно з’ясував обставини, що мають значення для справи: [які обставини не досліджено і чому вони важливі].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Обставини, які суд визнав встановленими, не доведені: [які саме, чому доказів недостатньо, аркуші справи].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Висновки суду не відповідають обставинам справи: [фрагмент рішення — що насправді підтверджують докази].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Суд неправильно застосував норми матеріального права: [яку норму неправильно витлумачено, застосовано чи не застосовано; висновок Верховного Суду у справі № __, якщо є].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Суд порушив норми процесуального права, і це призвело до неправильного вирішення справи: [наприклад, мене не повідомили про засідання [дата]; безпідставно відмовили в клопотанні про 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Заперечую проти доказів, використаних судом: [які саме і чому].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[За потреби] Нові докази: [перелік]. До суду першої інстанції я не міг(ла) їх подати, тому що [причини, які об’єктивно від мене не залежали] (ч. 3 ст. 367 ЦПК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[Якщо строк пропущено] Повне рішення мені вручено лише [дата]. Скаргу подаю протягом тридцяти днів з дня вручення, тому прошу поновити строк на апеляційне оскарження (п. 1 ч. 2 ст. 354 ЦПК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Судовий збір сплачено: [__] грн (пп. 6 п. 1 ч. 2 ст. 4 Закону України «Про судовий збір») / від сплати звільнений(а) на підставі [п. __ ч. 1 ст. 5 цього Закону].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352, 354–356, 367, 374, 376 ЦПК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[За потреби] Поновити строк на апеляційне оскарження.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Відкрити апеляційне провадження.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Скасувати рішення [найменування суду] від [дата] у справі № [__] [повністю / в частині __] і ухвалити нове рішення, яким [задовольнити позов / відмовити в позові — повністю або в частині __], або змінити рішення, виклавши [__].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[За потреби] Дослідити нові докази: [перелік]; викликати свідка [ПІБ, адреса].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[За потреби] Розглянути справу в судовому засіданні з повідомленням учасників справи.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Змінити розподіл судових витрат і стягнути з [ПІБ] на мою користь судовий збір за подання цієї скарги.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Копії скарги й додатків за кількістю учасників справи (на папері) або докази їх надсилання іншим учасникам (через «Електронний суд»).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Документ про сплату судового збору [або про підставу звільнення].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Докази дати отримання копії рішення: конверт, повідомлення про вручення, відомості з електронного кабінету (за наявності).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Нові докази й докази неможливості подати їх раніше (за наявності).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Довіреність або ордер, якщо скаргу підписує представник.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[ПІБ скаржника]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Апеляційна скарга на рішення суду у цивільній справі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