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апеляційного господарського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суду, поштовий індекс]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Скаржник: [найменування юридичної особи / ПІБ ФОП чи фізичної особи], [позивач / відповідач / третя особа / особа, яка не брала участі у справі]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 (місце проживання):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[__________] / РНОКПП: [__________] (або серія і номер паспорта)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 особі: [посада, ПІБ керівника / адвоката, ордер № 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Інші учасники справи: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[позивач / відповідач]: [найменування або ПІБ], [місцезнаходження], код ЄДРПОУ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[третя особа, якщо є]: [найменування або ПІБ], [адреса]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[__] грн; оспорювана сума: [__] грн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[__]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АПЕЛЯЦІЙНА 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рішення [найменування господарського суду] від [дата] у справі № [__]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[найменування господарського суду] ухвалив рішення у справі № [__] за позовом [найменування або ПІБ] до [найменування або ПІБ] про [предмет спору], яким [позов задоволено / у позові відмовлено / позов задоволено частково: зміст резолютивної частини].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Рішення проголошено [дата] [повністю / скорочено — вступну та резолютивну частини]. Повне рішення складено [дата]. Копію повного рішення скаржник отримав [дата] [в електронному кабінеті / поштою / під розписку в суді].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Рішення [повністю / в частині __] є незаконним і необґрунтованим з таких підстав (ч. 1 ст. 277 ГПК України, залиште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Суд не з’ясував обставини, що мають значення для справи: [які обставини не досліджено і чому вони важливі].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Обставини, які суд визнав встановленими, не доведені: [які саме і чому; аркуші справи].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Висновки суду не відповідають обставинам справи: [фрагмент рішення — що насправді підтверджують докази].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Суд неправильно застосував норми матеріального права: [яку норму неправильно витлумачено, застосовано чи не застосовано; висновок Верховного Суду у справі № __, якщо є].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Суд порушив норми процесуального права, і це призвело до неправильного вирішення справи: [наприклад, безпідставно відмовив у прийнятті доказів чи в клопотанні про призначення експертизи].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[Якщо так було] Справу розглянуто за відсутності скаржника, не повідомленого належним чином про засідання [дата]. Це обов’язкова підстава для скасування рішення (п. 3 ч. 3 ст. 277 ГПК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Заперечую проти доказів, використаних судом: [які саме і чому].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 потреби] Заперечення щодо ухвали від [дата] про [__], яка не оскаржується окремо від рішення: [чому вона незаконна] (ч. 3 ст. 255 ГПК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 потреби] Нові докази: [перелік]. До суду першої інстанції їх не подано з причин, що об’єктивно не залежали від скаржника: [які саме] (ч. 3 ст. 269 ГПК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[Якщо строк пропущено] Повне рішення вручено скаржнику лише [дата], що підтверджується [доказ]. Скаргу подано протягом двадцяти днів з дня вручення, тому прошу поновити строк на апеляційне оскарження (п. 1 ч. 2 ст. 256, ч. 4 ст. 119 ГПК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Судовий збір сплачено: [__] грн (пп. 6 п. 2 ч. 2 ст. 4 Закону України «Про судовий збір») / від сплати звільнений на підставі [норма закону].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253–258, 269, 275, 277 ГПК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[За потреби] Поновити строк на апеляційне оскарження.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Відкрити апеляційне провадження у справі № [__].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Скасувати рішення [найменування господарського суду] від [дата] у справі № [__] [повністю / в частині __] і ухвалити нове рішення, яким [задовольнити позов / відмовити в позові — повністю або в частині __], або змінити рішення, виклавши [__].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[За потреби] Дослідити нові докази: [перелік].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[Якщо ціна позову менша за 100 прожиткових мінімумів] Розглянути скаргу в судовому засіданні з повідомленням учасників справи (ч. 10 ст. 270 ГПК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Змінити розподіл судових витрат і стягнути з [найменування або ПІБ] на користь скаржника судовий збір за подання цієї скарги.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Докази надсилання копії скарги й додатків іншим учасникам справи (ст. 259 ГПК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Документ про сплату судового збору [або про підставу звільнення].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Документ про повноваження підписанта: ордер, довіреність або витяг з ЄДР щодо керівника, якщо їх немає в справі.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Докази дати отримання копії рішення: конверт, відомості з електронного кабінету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Нові докази й докази неможливості подати їх раніше (за наявності).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[посада, ПІБ підписанта]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Апеляційна скарга на рішення господарського суду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2026-09-28T13:55:36Z</dcterms:created>
  <dcterms:modified xsi:type="dcterms:W3CDTF">2026-09-28T13:55:36Z</dcterms:modified>
  <cp:category/>
  <dc:language>uk-UA</dc:language>
</cp:coreProperties>
</file>