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27.09.2026.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До: [найменування районного, районного у місті, міського чи міськрайонного суду]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адреса: [адреса суду]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Позивач: [прізвище, ім’я, по батькові]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проживання: [адреса з поштовим індексом]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РНОКПП: [номер] (за наявності)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тел.: [номер], e-mail: [адреса]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електронний кабінет: [є / немає]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Відповідач: [найменування органу, що виніс постанову: ТЦК та СП / підрозділ поліції / інший орган]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місцезнаходження: [адреса]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код ЄДРПОУ: [код]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До адміністративного позову про визнання протиправною та скасування постанови № [номер] від [дата]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ЗАЯВА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про поновлення пропущеного строку звернення до адміністративного суду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[Дата] [найменування органу] виніс постанову № [номер] про накладення на мене адміністративного стягнення у вигляді штрафу в розмірі [сума] грн за ч. [___] ст. [___] КУпАП.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Одночасно з цією заявою подаю адміністративний позов про визнання протиправною та скасування цієї постанови.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За ч. 2 ст. 286 КАС України позов щодо рішень суб’єктів владних повноважень у справах про притягнення до адміністративної відповідальності подається протягом десяти днів з дня ухвалення рішення (постанови) [для постанов у сфері безпеки дорожнього руху — з дня вручення]. Цей строк сплив [дата]. Позов подаю [дата], тобто з пропуском на [___] днів.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Причини пропуску строку</w:t>
      </w:r>
      <w:r>
        <w:rPr>
          <w:b w:val="0"/>
          <w:i w:val="0"/>
          <w:sz w:val="28"/>
        </w:rPr>
        <w:t xml:space="preserve"> [залиште потрібне, кожну обставину підтвердьте документом]: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справу розглянуто без моєї участі, про час і місце розгляду мене не повідомили; копію постанови мені не вручили і не надіслали, хоча ст. 285 КУпАП вимагає зробити це протягом трьох днів. Про постанову я дізнався(лася) [дата] з [постанови державного виконавця / повідомлення банку про арешт рахунку / відповіді на запит / інше];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копію постанови я отримав(ла) лише [дата], що підтверджується [конвертом зі штемпелем / трекінгом поштового відправлення № ___ / розпискою];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з [дата] по [дата] я перебував(ла) на стаціонарному лікуванні в [назва закладу], що підтверджується [виписка / довідка];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з [дата] по [дата] я перебував(ла) [у відрядженні / на службі / за межами населеного пункту проживання], що підтверджується [наказ / довідка];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інше: [обставина, яка об’єктивно не залежала від мене].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Ці обставини не залежали від моєї волі й унеможливили звернення до суду в строк. Після того як вони відпали, я звернувся(лася) до суду без зволікань — через [___] днів.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Відповідно до ч. 1 ст. 121 КАС України суд поновлює пропущений строк, якщо визнає причини його пропуску поважними. Згідно з ч. 6 ст. 161 КАС України цю заяву і докази поважності причин додаю до позову, який подано одночасно (ч. 4 ст. 121 КАС України).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Керуючись ст. 121, 122, 123, ч. 6 ст. 161, ст. 286 КАС України,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Визнати поважними причини пропуску строку звернення до суду з позовом про визнання протиправною та скасування постанови № [номер] від [дата].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Поновити строк звернення до адміністративного суду.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Відкрити провадження у справі за позовом, поданим разом із цією заявою.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Адміністративний позов про визнання протиправною та скасування постанови (подається одночасно).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Копія оскаржуваної постанови або документа, з якого стало відомо про неї,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Докази дати отримання постанови (конверт, трекінг, постанова державного виконавця)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Документи, що підтверджують причини пропуску: [довідки, виписки, накази]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Копія заяви з додатками для відповідача — у разі подання в паперовій формі.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 / [Прізвище та ініціали] /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 xml:space="preserve">                (підпис)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Клопотання про поновлення строку на оскарження постанови ТЦК чи поліції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2026-09-28T04:19:00Z</dcterms:created>
  <dcterms:modified xsi:type="dcterms:W3CDTF">2026-09-28T04:19:00Z</dcterms:modified>
  <cp:category/>
  <dc:language>uk-UA</dc:language>
</cp:coreProperties>
</file>