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 w:line="276" w:lineRule="auto"/>
        <w:jc w:val="left"/>
      </w:pPr>
      <w:r>
        <w:rPr>
          <w:b w:val="0"/>
          <w:i/>
          <w:color w:val="6A6A6A"/>
          <w:sz w:val="20"/>
        </w:rPr>
        <w:t>Зразок від БФ «Не словом, а дією» (neslovomadilom.com), редакція від 28.09.2026. Заповніть поля в квадратних дужках і прочерки, а цей абзац видаліть перед поданням. Сумніваєтесь у підставі чи строку — перша консультація по телефону безкоштовна: +380 73 051 50 77.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До: [найменування районного, районного у місті, міського чи міськрайонного суду]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Адреса суду: [__________]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Судді: [прізвище та ініціали]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Справа № [__________]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Розгляд призначено на «___» _____________ 20___ року о [__:__]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Особа, яка притягається до адміністративної відповідальності: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[Прізвище, ім’я, по батькові]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Дата народження: [ДД.ММ.РРРР]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Місце проживання: [повна адреса]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Телефон: [+380 __ ___ __ __], ел. пошта: [__________]</w:t>
      </w:r>
    </w:p>
    <w:p>
      <w:pPr>
        <w:spacing w:before="0" w:after="0" w:line="276" w:lineRule="auto"/>
      </w:pPr>
    </w:p>
    <w:p>
      <w:pPr>
        <w:spacing w:before="0" w:after="0" w:line="276" w:lineRule="auto"/>
      </w:pPr>
    </w:p>
    <w:p>
      <w:pPr>
        <w:keepNext/>
        <w:spacing w:before="280" w:after="0" w:line="276" w:lineRule="auto"/>
        <w:jc w:val="center"/>
      </w:pPr>
      <w:r>
        <w:rPr>
          <w:b/>
          <w:i w:val="0"/>
          <w:sz w:val="28"/>
        </w:rPr>
        <w:t>КЛОПОТАННЯ</w:t>
      </w:r>
    </w:p>
    <w:p>
      <w:pPr>
        <w:keepNext/>
        <w:spacing w:before="0" w:after="240" w:line="276" w:lineRule="auto"/>
        <w:jc w:val="center"/>
      </w:pPr>
      <w:r>
        <w:rPr>
          <w:b/>
          <w:i w:val="0"/>
          <w:sz w:val="28"/>
        </w:rPr>
        <w:t>про відкладення розгляду справи у зв’язку із залученням захисника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У провадженні суду перебуває справа № [__________] про притягнення мене до адміністративної відповідальності за ч. [__] ст. [___] КУпАП на підставі протоколу серії [___] № [______] від «___» _____________ 20___ року. Розгляд призначено на «___» _____________ 20___ року. Повістку (повідомлення) я отримав(ла) «___» _____________ 20___ року [поштою / SMS / під розписку].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Я маю намір скористатися правом на захист і брати участь у розгляді справи разом з адвокатом. Стаття 59 Конституції України гарантує кожному право на професійну правничу допомогу і вільний вибір захисника, а ст. 268 КУпАП — право знайомитися з матеріалами справи, подавати докази, заявляти клопотання і користуватися юридичною допомогою адвоката.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[Обрати потрібне:] Договір про надання правової допомоги укладено «___» _____________ 20___ року з адвокатом [П.І.Б.], свідоцтво про право на заняття адвокатською діяльністю № [______]; захиснику потрібен час, щоб ознайомитися з матеріалами справи і підготувати докази. / Договір з адвокатом укладаю, орієнтовна дата — «___» _____________ 20___ року.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[За наявності:] Крім того, з’явитися в призначену дату я не можу з поважної причини: [лікування / відрядження / військова служба / повістку вручено менш ніж за три доби до розгляду, всупереч ст. 277-2 КУпАП], що підтверджують додані документи.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Від явки до суду не ухиляюся і готовий(а) прибути разом із захисником у дату, яку призначить суд. Розгляд справи без мене позбавить мене права на захист і не забезпечить всебічного, повного і об’єктивного з’ясування обставин справи (ст. 245 КУпАП). За ч. 1 ст. 268 КУпАП за відсутності особи справу може бути розглянуто лише тоді, коли від неї не надійшло клопотання про відкладення розгляду.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Керуючись ст. 59 Конституції України, ст. 245, 268, 271, 278 КУпАП, —</w:t>
      </w:r>
    </w:p>
    <w:p>
      <w:pPr>
        <w:keepNext/>
        <w:spacing w:before="160" w:after="80" w:line="276" w:lineRule="auto"/>
        <w:jc w:val="center"/>
      </w:pPr>
      <w:r>
        <w:rPr>
          <w:b/>
          <w:i w:val="0"/>
          <w:sz w:val="28"/>
        </w:rPr>
        <w:t>ПРОШУ: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Відкласти розгляд справи № [__________], призначений на «___» _____________ 20___ року, на іншу дату — не раніше ніж через [__] днів.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Не розглядати справу без моєї участі та участі мого захисника.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Надати мені і захиснику можливість ознайомитися з матеріалами справи, зокрема з відеозаписами, і зробити з них копії.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Повідомити мене про нову дату, час і місце розгляду за телефоном або ел. поштою, зазначеними вище.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Додатки: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Копія повістки (знімок SMS) із датою отримання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Копія договору про надання правової допомоги або ордера адвоката з витягом із договору (за наявності)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Документи, що підтверджують поважну причину неявки (за наявності) — на ___ арк.</w:t>
      </w:r>
    </w:p>
    <w:p>
      <w:pPr>
        <w:spacing w:before="200" w:after="0" w:line="276" w:lineRule="auto"/>
        <w:jc w:val="left"/>
      </w:pPr>
      <w:r>
        <w:rPr>
          <w:b w:val="0"/>
          <w:i w:val="0"/>
          <w:sz w:val="28"/>
        </w:rPr>
        <w:t>«___» _____________ 20___ року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>________________ / [Прізвище та ініціали] /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 xml:space="preserve">                (підпис)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cs="Times New Roman" w:eastAsia="Times New Roman"/>
      <w:sz w:val="28"/>
      <w:lang w:val="uk-UA" w:eastAsia="uk-U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Клопотання про відкладення розгляду справи за КУпАП для залучення адвоката</dc:title>
  <dc:subject>Зразок документа</dc:subject>
  <dc:creator>БФ «Не словом, а дією»</dc:creator>
  <cp:keywords/>
  <dc:description>neslovomadilom.com</dc:description>
  <cp:lastModifiedBy>БФ «Не словом, а дією»</cp:lastModifiedBy>
  <cp:revision>1</cp:revision>
  <dcterms:created xsi:type="dcterms:W3CDTF">2026-09-28T13:55:34Z</dcterms:created>
  <dcterms:modified xsi:type="dcterms:W3CDTF">2026-09-28T13:55:34Z</dcterms:modified>
  <cp:category/>
  <dc:language>uk-UA</dc:language>
</cp:coreProperties>
</file>