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________________ (слідчий / дізнавач / прокурор / слідчий суддя / суд — П.І.Б., посада, орган/суд)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________________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________________ (П.І.Б.)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статус: підозрюваний / обвинувачений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/ фактичного перебування: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________________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 межах кримінального провадження №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внесеного до ЄРДР «___» ______ 20__ р., за ч. ___ ст. ___ КК України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КЛОПОТАННЯ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залучення захисника для здійснення захисту за призначенням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 20__ р. мене ________________ (затримано за підозрою у вчиненні кримінального правопорушення / повідомлено про підозру) у межах провадження № __________.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Самостійно укласти договір з адвокатом не маю можливості: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________________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(відсутність коштів, перебування під вартою, малозабезпеченість)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МОТИВУВАЛЬНА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1 ст. 49 КПК України слідчий, прокурор, слідчий суддя чи суд зобов’язані забезпечити участь захисника у кримінальному провадженні, якщо: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1) участь обов’язкова за ст. 52 КПК, а підозрюваний не залучив;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2) підозрюваний, обвинувачений заявив клопотання про залучення захисника, але за відсутністю коштів чи з інших об’єктивних причин не може його залучити самостійно;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3) обставини вимагають участі захисника, а підозрюваний не залучив.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2, 3 ст. 49 КПК України слідчий, прокурор виносить постанову, а слідчий суддя, суд постановляє ухвалу, якою доручає центру з надання безоплатної правничої допомоги призначити адвоката; постанова (ухвала) негайно направляється до центру і є обов’язковою для негайного виконання, а центр зобов’язаний негайно прийняти рішення про надання безоплатної вторинної правничої допомоги (ч. 3 ст. 19 Закону України «Про безоплатну правничу допомогу» № 3460-VI).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моєму випадку наявні підстави для ОБОВ’ЯЗКОВОЇ участі захисника згідно зі ст. 52 КПК (вибрати):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провадження щодо особливо тяжких злочинів (ч. 1 ст. 52);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щодо осіб, які підозрюються або обвинувачуються у вчиненні кримінального правопорушення у віці до 18 років;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щодо осіб, стосовно яких передбачається застосування примусових заходів виховного характеру;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щодо осіб, які внаслідок психічних чи фізичних вад не здатні повною мірою реалізувати свої права;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щодо осіб, які не володіють мовою, якою ведеться провадження;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щодо осіб, стосовно яких передбачається застосування примусових заходів медичного характеру;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щодо реабілітації померлої особи;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спеціальне досудове розслідування або спеціальне судове провадження;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укладення угоди про визнання винуватості.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20, 42, 49, 52 КПК України, ст. 14, 19 Закону України «Про безоплатну правничу допомогу» № 3460-VI, 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Залучити захисника для здійснення захисту мене у провадженні № __________ за призначенням.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Винести постанову (ухвалу) про доручення центру з надання безоплатної правничої допомоги (м. __________) призначити адвоката та негайно направити її до центру (ч. 2, 3 ст. 49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 прибуття захисника не проводити слідчих дій, де участь обов’язкова.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документа, що посвідчує особу;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повідомлення про підозру / протоколу затримання (за наявності);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документи-підтвердження неможливості самостійного залучення.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 20__ р.    Підпис ___________ / ________________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Клопотання про залучення захисника за призначенням (БПД)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