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До: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[номер] (або серія і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[номер], e-mail: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Рахунок для стягнення: [IBAN, банк] або [рахунку немає, бажаний спосіб отримання коштів]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[повне найменування закладу охорони здоров’я / лікаря — ФОП]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[код] (для ФОП — РНОКПП, якщо відомий)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Телефон, e-mail, електронний кабінет: [якщо відомі]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[сума] грн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позивач звільнений (п. 2 ч. 1 ст. 5 Закону України «Про судовий збір»)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відшкодування моральної шкоди, завданої неналежним наданням медичної допомоги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Обставини справи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[дата] по [дата] я перебував(-ла) на [стаціонарному / амбулаторному] лікуванні у відповідача з діагнозом [діагноз]. Допомогу надавали працівники відповідача: [посада, П.І.Б. лікаря (лікарів)].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Медичну допомогу надано неналежно: [конкретно — несвоєчасна діагностика / хибний діагноз / дефект операції / помилкове призначення / відсутність нагляду], що не відповідає [назва клінічного протоколу чи стандарту МОЗ, якщо відомо].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Внаслідок цього настали наслідки: [повторна операція, ускладнення, інвалідність ___ групи, втрата органу чи функції, тривале лікування — з датами].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Неналежність допомоги і причинний зв’язок між нею та наслідками підтверджуються: [висновок експерта № ___ від ___ / висновок перевірки МОЗ чи департаменту охорони здоров’я / медична документація].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Правове обґрунтування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ст. 23 ЦК України моральна шкода полягає, зокрема, у фізичному болю та стражданнях, яких особа зазнала у зв’язку з ушкодженням здоров’я, і відшкодовується незалежно від майнової шкоди. Моральна шкода відшкодовується особою, яка її завдала, за наявності її вини (ст. 1167 ЦК), одноразово або щомісячними платежами (ч. 1 ст. 1168 ЦК).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Медичні працівники зобов’язані своєчасно надавати кваліфіковану медичну допомогу (п. «а» ст. 78 Основ законодавства України про охорону здоров’я). Шкоду, завдану працівником під час виконання трудових обов’язків, відшкодовує юридична особа, у якій він працює (ч. 1 ст. 1172 ЦК), тому відповідачем є заклад.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Розмір моральної шкоди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Моральну шкоду оцінюю в [сума] грн з урахуванням критеріїв ч. 3 ст. 23 ЦК: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фізичний біль і його тривалість: [опис];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душевні страждання: [страх за життя, безсоння, пригніченість — з датами];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вимушені зміни в житті: [втрата роботи, обмеження руху, неможливість доглядати дітей];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погіршення здібностей: [інвалідність, втрата працездатності];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ступінь вини відповідача: [опис].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потреби: витрати на лікування і реабілітацію та втрачений заробіток (ст. 1195 ЦК) — [сума] грн, розрахунок додається.]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4. Процесуальні відомості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[претензія від ___ / не проводилося]. Заходи забезпечення доказів чи позову не вживалися. Оригінал медичної карти № [номер] перебуває у відповідача і не може бути поданий мною: на мій запит від [дата] відповідач [відмовив / не відповів / надав документи не повністю]; карта підтверджує [які обставини]. Оригінали документів, копії яких додано до позову, знаходяться у мене. Попередній розрахунок судових витрат: [правнича допомога — ___ грн; експертиза — ___ грн]. Підтверджую, що іншого позову до цього відповідача з тим самим предметом і з тих самих підстав я не подавав(-ла).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23, 1167, 1168, 1172 ЦК України, ст. 84, 103, 175, 177 ЦПК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Стягнути з [найменування відповідача] на мою користь [сума] грн відшкодування моральної шкоди.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[За потреби] Стягнути з відповідача [сума] грн майнової шкоди.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Витребувати у відповідача оригінал медичної карти № [номер] і призначити комісійну судово-медичну експертизу з питань, наведених у клопотанні, що додається.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з відповідача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[Якщо подаєте через «Електронний суд»] Доказ надсилання копії позову з додатками до електронного кабінету відповідача (ч. 7 ст. 43 ЦПК). [У паперовому позові не обов’язково: ч. 2 ст. 177 ЦПК.]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медичних документів, запиту до відповідача про їх надання і відповіді на нього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Висновок експерта / перевірки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Документи про інвалідність чи непрацездатність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Чеки і рахунки на ліки й реабілітацію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Клопотання про призначення експертизи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[Якщо в позові вказано рахунок] Документ, що підтверджує наявність рахунку в банку,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 про відшкодування моральної шкоди за неналежне лікування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2026-09-29T16:38:28Z</dcterms:created>
  <dcterms:modified xsi:type="dcterms:W3CDTF">2026-09-29T16:38:28Z</dcterms:modified>
  <cp:category/>
  <dc:language>uk-UA</dc:language>
</cp:coreProperties>
</file>