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місцевого загального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 (перебування):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 (або серія і номер паспорта)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[прізвище, ім’я, по батькові матері дитини]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 (перебування):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 (якщо відомий)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Телефон, e-mail: [якщо відомі]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Третя особа, яка не заявляє самостійних вимог щодо предмета спору: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[найменування органу ДРАЦС, що склав актовий запис про народження]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Місцезнаходження: [адреса, поштовий індекс], код ЄДРПОУ: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Телефон, e-mail: [якщо відомі]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не підлягає грошовій оцінці (немайнова вимога)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збір: [1331,20 грн — у паперовій формі / 1064,96 грн — через «Електронний суд»]</w:t>
      </w: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оспорювання батьківства (виключення запису про батька)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[Дата] у відповідачки народилася дитина — [прізвище, ім’я, по батькові дитини]. Народження зареєстровано [найменування органу ДРАЦС], актовий запис про народження № [___] від [дата]; видано свідоцтво про народження серії [___] № [______].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У цьому актовому записі батьком дитини записано мене на підставі [ст. 122 СК України — дитина народилася у шлюбі з відповідачкою, зареєстрованому [дата] / ст. 126 СК України — спільної заяви з відповідачкою від [дата]].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Я не є біологічним батьком дитини. Про це мені стало відомо [дата] з таких обставин: [результат ДНК-дослідження від [дата] / у період можливого зачаття з [дата] по [дата] я перебував [де і чому — з підтвердженням] / відповідачка повідомила, що батьком є інша особа / інше].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момент реєстрації себе батьком я не знав, що не є батьком дитини. Згоди на застосування допоміжних репродуктивних технологій не давав. Дитина жива і не досягла повноліття. Отже, обмежень, передбачених ч. 3–5 ст. 136 СК України, немає.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 ч. 1, 2 ст. 136 СК України особа, записана батьком, має право оспорити батьківство, а в разі доведення відсутності кровного споріднення суд виключає відомості про неї як батька з актового запису про народження. Позовна давність до такої вимоги не застосовується (ч. 6 ст. 136 СК України). [Стягнення з мене аліментів не є перешкодою для позову (ст. 140 СК України).]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Для встановлення відсутності кровного споріднення разом із позовом подаю клопотання про призначення судової молекулярно-генетичної експертизи (ст. 103 ЦПК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Докази зазначено в додатках, їх оригінали — у позивача. [Докази, які не можу подати разом із позовом: ______, причина: ______.]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Заходів досудового врегулювання спору, забезпечення доказів чи позову не вживалося.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Попередній (орієнтовний) розрахунок судових витрат: судовий збір — [____] грн; експертиза — [____] грн; професійна правнича допомога — [____]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Підтверджую, що іншого позову до цього ж відповідача з тим самим предметом і з тих самих підстав не подавав.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136 СК України, ст. 4, 175, 177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Виключити відомості про [прізвище, ім’я, по батькові позивача] як батька дитини [прізвище, ім’я, по батькові дитини], [дата] року народження, з актового запису про народження № [___] від [дата], складеного [найменування органу ДРАЦС].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Стягнути з відповідачки на користь позивача судові витрати.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Документ про сплату судового збору.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свідоцтва про народження дитини або витяг з Державного реєстру актів цивільного стану громадян.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свідоцтва про шлюб (про розірвання шлюбу) або спільної заяви про визнання батьківства.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Докази відсутності кровного споріднення: [висновок ДНК-дослідження, довідки, листування тощо].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Клопотання про призначення судової молекулярно-генетичної експертизи.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Копії паспорта і РНОКПП позивача.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Копії позовної заяви з додатками для відповідача і третьої особи (або доказ надсилання через електронний кабінет).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8. [Довіреність або ордер — якщо позов підписує представник.]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Позовна заява про оспорювання батьківства і виключення запису про батька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2026-09-27T23:05:42Z</dcterms:created>
  <dcterms:modified xsi:type="dcterms:W3CDTF">2026-09-27T23:05:42Z</dcterms:modified>
  <cp:category/>
  <dc:language>uk-UA</dc:language>
</cp:coreProperties>
</file>