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(за зареєстрованим місцем проживання відповідача, ч. 1 ст. 27 ЦПК)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[П.І.Б.]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[___], тел.: [___], e-mail: [___]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[наявний / відсутній]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[П.І.Б.]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 або паспорт, тел., e-mail: [якщо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[наявний / відсутній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Орган опіки та піклування (для висновку, ч. 4 ст. 19 СК): [виконавчий орган міської, районної у місті, селищної чи сільської ради або районна державна адміністрація в місті зі спеціальним статусом — за місцем проживання дитини], [адреса]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Позов немайнового характеру. Судовий збір: [___] грн [або підстава звільнення]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визначення місця проживання малолітньої дитини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Позивач і відповідач є батьками [П.І.Б. дитини], [дата] р. н. (свідоцтво про народження серії [__] № [__]). Шлюб [зареєстровано ___ / розірвано ___ / не реєструвався]. З [дата] сторони проживають окремо. Дитина фактично проживає з [позивачем / відповідачем] за адресою: [___].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Згоди щодо місця проживання дитини сторони не дійшли: [у чому спір, що робить відповідач].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Проживання дитини з позивачем відповідає її найкращим інтересам, бо: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позивач виконує батьківські обов’язки: [лікар, садок / школа, гуртки, хто і як доглядає];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дитина прив’язана до позивача: [факти];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позивач має самостійний дохід: [місце роботи, розмір] і житло: [кімнати, право користування];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стан здоров’я дитини: [потреби, лікування — за наявності];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щодо відповідача: [ухилення від обов’язків тощо — лише з доказами].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Дитині [__] років. Прошу вислухати її думку, якщо вона здатна її висловити (ст. 171 СК).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 ч. 1 ст. 161 СК спір між батьками, які проживають окремо, щодо місця проживання малолітньої дитини вирішує суд з урахуванням ставлення батьків до обов’язків, прихильності дитини до кожного з них, її віку, здоров’я та інших істотних обставин. Участь органу опіки та піклування обов’язкова, він подає письмовий висновок (ч. 4, 5 ст. 19 СК).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врегулювання: [до служби у справах дітей зверталися — дата, результат / не зверталися].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Заходи забезпечення доказів або позову: [не вживалися / ухвала від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Докази: документи з додатків; свідки: [П.І.Б., адреса, які обставини знають]. Оригінали письмових доказів — у позивача.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Орієнтовні судові витрати: судовий збір [___] грн; правнича допомога [___]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Підтверджую, що іншого позову до цього відповідача з тим самим предметом і з тих самих підстав не подавав(ла).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19, 141, 160, 161, 171 СК України, ст. 4, 27, 175, 177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Визначити місце проживання малолітньої дитини [П.І.Б.], [дата] р. н., разом із [матір’ю / батьком] — [П.І.Б. позивача].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Залучити [назва органу опіки та піклування] до участі у справі для подання письмового висновку.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Стягнути з відповідача на користь позивача судові витрати.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Копії позову з додатками для відповідача та органу опіки (або доказ надсилання через «Електронний суд»).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паспорта і РНОКПП позивача.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свідоцтва про народження дитини.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свідоцтва про шлюб / рішення про розірвання шлюбу (за наявності).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Витяг з реєстру територіальної громади про місце проживання позивача і дитини.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Документи про право користування житлом, акт обстеження умов (за наявності).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Довідка про доходи, характеристика з місця роботи.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Довідки із закладу освіти та закладу охорони здоров’я, де спостерігається дитина.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9. Інші докази: [листування, фото, довідка про сплату аліментів].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10. Документ про сплату судового збору.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[П.І.Б. позивача]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визначення місця проживання дитини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2026-09-27T23:05:42Z</dcterms:created>
  <dcterms:modified xsi:type="dcterms:W3CDTF">2026-09-27T23:05:42Z</dcterms:modified>
  <cp:category/>
  <dc:language>uk-UA</dc:language>
</cp:coreProperties>
</file>