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рахунок для коштів (якщо просите компенсацію собі): [IBAN, банк]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[якщо відомо]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[_____]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[_____] грн</w:t>
      </w: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поділ спільного майна подружжя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 [дата] я перебуваю (перебував/перебувала) у шлюбі з відповідачем (зареєстрований [орган ДРАЦС], актовий запис № [___]). Шлюб [триває / розірвано рішенням [суду] від [дата] у справі № [___] / розірвано органом ДРАЦС, актовий запис № [___] від [дата]]. Спільне господарство не ведемо з [дата]. Від шлюбу маємо дитину [ім’я, дата народження], яка проживає зі мною.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 час шлюбу за спільні кошти ми набули: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1) квартиру за адресою [___], площа [___] м², реєстраційний номер об’єкта нерухомості [___], зареєстровано на [ПІБ], вартість [___]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2) автомобіль [марка, модель, рік], VIN [___], номерний знак [___], зареєстровано на [ПІБ], вартість [___] грн;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3) кошти на рахунку № [___] у [банк] — [___] грн станом на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Загальна вартість — [___] грн (звіт про оцінку від [дата] № [___]).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Шлюбного договору ми не укладали. Це майно є спільною сумісною власністю подружжя (ст. 60 СК України), частки дружини та чоловіка рівні (ч. 1 ст. 70 СК України). Домовитися про поділ добровільно не вдалося: [коротко — коли і як пропонували, відповідь відповідача].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потреби:] Прошу збільшити мою частку до [___], оскільки [зі мною проживає дитина, а аліментів недостатньо — ч. 3 ст. 70 СК / відповідач приховав, розтратив спільне майно, не дбав про забезпечення сім’ї — ч. 2 ст. 70 СК]. Підтверджують: [докази].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просите передати річ одному з подружжя:] Квартира й автомобіль — неподільні речі, тож присуджуються одному з подружжя (ч. 2 ст. 71 СК України). Компенсацію вартості частки відповідача — [___] грн — я вніс(ла) на депозитний рахунок суду [дата, № квитанції] (ч. 5 ст. 71 СК України). [Відповідач згоден отримати грошову компенсацію замість своєї частки (ч. 4 ст. 71 СК України) / Частка відповідача незначна, квартира неподільна, спільне користування неможливе, а припинення його права на частку не завдасть істотної шкоди йому та членам його сім’ї (ст. 365 ЦК України)].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Докази: [перелік]. Оригінали письмових доказів — у мене [або: у ___]. Не можу подати: [___] — клопотання про витребування додаю.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[не проводилося / ___]. Заходи забезпечення доказів чи позову до подання позову: [не вживалися / ухвала від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Орієнтовні судові витрати: судовий збір [___] грн, оцінка [___] грн, правнича допомога [___]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Підтверджую, що іншого позову до цього відповідача з тим самим предметом і з тих самих підстав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60, 69–71 СК України, ст. 365, 372 ЦК України, ст. 175–177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Поділити спільне сумісне майно подружжя [у рівних частках / визначивши мою частку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Визнати за мною, [ПІБ], право власності на квартиру за адресою [___] [або: на 1/2 частки квартири].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Визнати за відповідачем, [ПІБ], право власності на автомобіль [___], VIN [___].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[Якщо квартира переходить мені повністю:] присудити відповідачу компенсацію вартості його частки у квартирі — [___] грн з коштів, внесених мною на депозитний рахунок суду.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Поділити кошти на рахунку № [___] [порівну / відповідно до визначених часток].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Стягнути з відповідача на мою користь судові витрати.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позову з додатками для відповідача (або доказ надсилання 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Копії свідоцтва про шлюб / рішення про розірвання шлюбу, свідоцтва про народження дитини.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Витяги з Державного реєстру речових прав, свідоцтво про реєстрацію ТЗ, договори купівлі.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Банківські виписки; документ про рахунок позивача (якщо його зазначено).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Звіт про оцінку майна.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Квитанція про внесення коштів на депозитний рахунок суду.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Документ про сплату судового збору (або про пільгу).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Довіреність чи ордер (якщо підписує представник).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поділ спільного майна подружжя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2026-09-27T23:05:42Z</dcterms:created>
  <dcterms:modified xsi:type="dcterms:W3CDTF">2026-09-27T23:05:42Z</dcterms:modified>
  <cp:category/>
  <dc:language>uk-UA</dc:language>
</cp:coreProperties>
</file>