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районного (міського, міськрайонного)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[поштовий індекс,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[___________], e-mail: [___________]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або паспорт: [якщо відомо]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[якщо відомо]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розірвання шлюбу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 ____ року ми з відповідачем зареєстрували шлюб у [назва органу ДРАЦС], актовий запис № [___], що підтверджується свідоцтвом про шлюб серії [___] № [______].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 шлюбу маємо [дитину / дітей]: [прізвище, ім’я, по батькові, дата народження]. Діти проживають разом із [позивачем / відповідачем]. [Якщо дітей немає — цей абзац вилучити.]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Спільне життя не склалося через [конкретні причини: відсутність почуттів, різні погляди на сім’ю, конфлікти, домашнє насильство тощо]. З «___» ________ ____ року ми проживаємо окремо за адресами [___] і не ведемо спільного господарства. Шлюб існує формально, його збереження суперечить моїм інтересам та інтересам дітей (ч. 2 ст. 112 СК України). Примирення неможливе, тому прошу не надавати строк для примирення. [Якщо було домашнє насильство: відповідач вчиняв домашнє насильство, що підтверджується [___]; заходи щодо примирення не вживаються — ч. 2 ст. 111 СК України.]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Спір щодо поділу майна в цьому позові не заявляю.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Позов подаю за [місцем проживання відповідача (ч. 1 ст. 27 ЦПК України) / своїм місцем проживання, оскільки на моєму утриманні перебуває малолітня (неповнолітня) дитина / за станом здоров’я чи з іншої поважної причини [якої саме] я не можу виїхати до місця проживання відповідача (ч. 2 ст. 28 ЦПК України) / місцем проживання [позивача / відповідача] за домовленістю подружжя (ч. 2 ст. 28 ЦПК України)]. Справа є малозначною (п. 4 ч. 6 ст. 19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 спору не проводилося, заходи забезпечення доказів чи позову не вживалися. Оригінали документів, копії яких додано, перебувають у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Попередній розрахунок судових витрат: судовий збір — [1331,20 грн / 1064,96 грн у разі подання через «Електронний суд»]; витрати на професійну правничу допомогу — [орієнтовно ___ грн / не очікуються].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Підтверджую, що іншого позову до цього ж відповідача з тим самим предметом та з тих самих підстав я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110, 112, 113 СК України, ст. 175, 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Розірвати шлюб між [ПІБ позивача] та [ПІБ відповідача], зареєстрований «___» ________ ____ року [назва органу ДРАЦС], актовий запис №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Після розірвання шлюбу [залишити мені прізвище [___] / відновити моє дошлюбне прізвище [___]].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Стягнути з відповідача на мою користь судовий збір у розмірі [___] грн.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Документ про сплату судового збору.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свідоцтва про шлюб.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Копії свідоцтв про народження дітей.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паспорта та РНОКПП позивача.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 про зареєстроване місце проживання [відповідача / позивача].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Докази окремого проживання, домашнього насильства тощо — [за наявності].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Копія позовної заяви з додатками для відповідача (або доказ їх надсилання — при поданні через «Електронний суд»).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розірвання шлюбу подружжя, яке має дітей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2026-09-27T23:05:42Z</dcterms:created>
  <dcterms:modified xsi:type="dcterms:W3CDTF">2026-09-27T23:05:42Z</dcterms:modified>
  <cp:category/>
  <dc:language>uk-UA</dc:language>
</cp:coreProperties>
</file>