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 [найменування місцевого загального суду]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[адреса суду]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Позивач: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[адреса, поштовий індекс]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тел.: [__________], e-mail: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Відповідач: [прізвище, ім’я, по батькові], [дата народження]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[адреса, поштовий індекс]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 або паспорт: [якщо відомі]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тел., e-mail: [якщо відомі]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 / невідомо]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Ціна позову: [сума] грн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Судовий збір: не сплачується (п. 3 ч. 1 ст. 5 Закону України «Про судовий збір»)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ПОЗОВНА 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стягнення аліментів на утримання дитини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Я і відповідач є батьками [сина / доньки] [ПІБ дитини], [дата] року народження (свідоцтво про народження серії [__] № [______]). [Шлюб між нами зареєстровано / розірвано [дата] / у шлюбі не перебували.]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Дитина проживає зі мною за адресою: [адреса] і перебуває на моєму утриманні. Відповідач проживає окремо і з [місяць, рік] коштів на утримання дитини не дає [або: дає нерегулярно, близько [__] грн на місяць]. Домовитися про добровільну сплату не вдалося.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Щомісячні витрати на дитину становлять близько [__] грн: харчування — [__], одяг — [__], лікування — [__], навчання й гуртки — [__]. Це підтверджують [чеки, договори, довідки].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Відповідач [працює у [роботодавець] / є ФОП / має інші доходи] з доходом близько [__] грн на місяць, має у власності [майно]. Інших дітей чи непрацездатних осіб на його утриманні [немає / є: 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Відповідно до ст. 180 Сімейного кодексу України (далі — СК) батьки зобов’язані утримувати дитину до її повноліття. За ч. 3 ст. 181 СК спосіб стягнення аліментів — у частці від доходу чи у твердій грошовій сумі — обирає той з батьків, з ким проживає дитина. Розмір визначає суд з урахуванням обставин ст. 182 СК, і він не може бути меншим за 50% прожиткового мінімуму для дитини відповідного віку. Аліменти присуджуються від дня пред’явлення позову (ч. 1 ст. 191 СК).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Розрахунок ціни позову (п. 3 ч. 1 ст. 176 ЦПК України): [__] грн × 6 місяців = [__] грн.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Досудове врегулювання спору не проводилося, законом воно не передбачене. Заходів забезпечення доказів чи позову не вживалося. Оригінали документів, копії яких додано, є в мене. Орієнтовні судові витрати: [сума на правничу допомогу / відсутні]. Іншого позову до відповідача з тим самим предметом і з тих самих підстав я не подавав(ла).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Аліменти прошу перераховувати на рахунок IBAN [UA________________] у [назва банку] [або: рахунку не маю, бажаний спосіб отримання — ______].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ст. 180–184, 191 СК, ст. 175–177, 430 ЦПК України,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Стягнути з [ПІБ відповідача], РНОКПП [__________], на мою користь аліменти на утримання [ПІБ дитини], [дата] року народження, [у розмірі [частка] частини всіх видів заробітку (доходу) щомісяця, але не менше 50% прожиткового мінімуму для дитини відповідного віку] / [у твердій грошовій сумі [__] грн щомісяця], починаючи з дня пред’явлення позову і до досягнення дитиною повноліття.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Допустити негайне виконання рішення в межах суми платежу за один місяць (п. 1 ч. 1 ст. 430 ЦПК).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Витребувати з [податкового органу / роботодавця] відомості про доходи відповідача за [період]: самостійно отримати їх я не можу, бо [причина] (ст. 84 ЦПК).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Копія свідоцтва про народження дитини.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Документ про проживання дитини з позивачем.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Копія свідоцтва про шлюб або рішення про його розірвання (за наявності).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Докази витрат на дитину.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Відомості про доходи й майно відповідача (за наявності).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Документ, що підтверджує наявність рахунку (ч. 8 ст. 177 ЦПК).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7. Копії позовної заяви з додатками для відповідача або доказ їх надсилання через електронний кабінет.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Позовна заява про стягнення аліментів на дитину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2026-09-27T23:05:42Z</dcterms:created>
  <dcterms:modified xsi:type="dcterms:W3CDTF">2026-09-27T23:05:42Z</dcterms:modified>
  <cp:category/>
  <dc:language>uk-UA</dc:language>
</cp:coreProperties>
</file>