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[назва місцевого загального суду за місцем розташування ділянки]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суду: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Телефон, ел. пошта: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[повне найменування орендаря]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 з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 (для ФОП — РНОКПП)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Контакти й електронний кабінет: [якщо відомі]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розірвання договору оренди землі, стягнення заборгованості з орендної плати та повернення земельної ділянки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Мені належить земельна ділянка площею [__] га, кадастровий номер [__________], цільове призначення [__________] ([державний акт / витяг з Державного реєстру речових прав № __ від __]).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між мною як орендодавцем і відповідачем як орендарем укладено договір оренди землі № [__] строком на [__] років. Право оренди зареєстровано [дата], номер запису [__]. За п. [__] договору орендна плата становить [__] грн на рік і вноситься [у грошовій / натуральній формі] до [дата] кожного [року / кварталу].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повністю не сплатив орендну плату за [період 1] у сумі [__] грн і за [період 2] у сумі [__] грн. Це підтверджують [виписка з рахунку / відомості ДПС про виплачені мені доходи]. [Дата] я надіслав(-ла) відповідачу вимогу сплатити борг, її не виконано.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Орендар зобов’язаний своєчасно та в повному обсязі сплачувати орендну плату (ст. 25 Закону України «Про оренду землі»). За ч. 1 ст. 32 цього Закону договір може бути достроково розірваний за рішенням суду в разі невиконання орендарем цього обов’язку. Систематична несплата орендної плати є підставою припинення права користування землею (п. «д» ч. 1 ст. 141 ЗК України). Велика Палата Верховного Суду в постанові від 20.11.2024 у справі № 918/391/23 дійшла висновку, що два і більше випадки повної несплати — самостійна підстава для розірвання, а погашення боргу після звернення до суду її не спростовує.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орендар платив частково, замість попереднього абзацу: недоплата за [період] становить [__] грн ([__] % річної плати). Через це я значною мірою позбавлений(-а) того, на що розраховував, укладаючи договір: [пояснити]. Це істотне порушення договору (ч. 2 ст. 651 ЦК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ст. 625 ЦК України відповідач має сплатити борг з урахуванням індексу інфляції та 3 % річних. За розрахунком, що додається: основний борг — [__] грн, інфляційні втрати — [__] грн, 3 % річних — [__] грн[, пеня за п. __ договору — __ грн], разом — [__] грн. Після розірвання договору орендар зобов’язаний повернути ділянку (ст. 34 Закону України «Про оренду землі»).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Ціна позову — [__] грн: сума стягнення та орендна плата за строк, що залишився до кінця договору, але не більше ніж за три роки (п. 1, 8, 10 ч. 1 ст. 176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[вимога від __ / не проводилося]. Заходів забезпечення доказів чи позову не вживалося. Іншого позову до відповідача з тим самим предметом і з тих самих підстав я не подавав(-ла). Оригінали письмових доказів — у мене. Орієнтовні судові витрати: судовий збір [__] грн, правнича допомога [__] грн. Рахунок для зарахування коштів: IBAN [UA__________], банк [__________] [або: рахунку в банку чи небанківського надавача платіжних послуг не маю, присуджені кошти прошу отримати у такий спосіб: 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25, 32, 34 Закону України «Про оренду землі», ст. 141 ЗК України, ст. 625, 651 ЦК України, ст. 175, 176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Розірвати договір оренди землі № [__] від [дата] щодо земельної ділянки з кадастровим номером [__________], укладений між мною та [найменування відповідача].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відповідача на мою користь [__] грн: заборгованість з орендної плати — [__] грн, інфляційні втрати — [__] грн, 3 % річних — [__] грн[, пеня — __ грн].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Зобов’язати відповідача повернути мені земельну ділянку площею [__] га, кадастровий номер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право власності на ділянку й інформаційна довідка з Державного реєстру речових прав.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Договір оренди землі з усіма додатковими угодами.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Розрахунок боргу, інфляційних втрат і 3 % річних.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несплати (виписка з рахунку / відомості ДПС).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Вимога до орендаря і докази її надсилання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Документ, що підтверджує наявність рахунку позивача (якщо реквізити рахунку зазначено).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Документ про сплату судового збору або підстави звільнення.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Копії позову з додатками для відповідача (якщо подаєте на папері).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розірвання договору оренди землі через несплату орендної плати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