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районного (міського)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зареєстроване місце проживання (перебування):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 або паспорт: [якщо відомі]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тел., e-mail: [якщо відомі]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 / невідомо]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Ціна позову: [сума] грн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Судовий збір: [сума] грн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ПОЗОВНА 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стягнення боргу за договором позики (розпискою)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 я передав(ла) відповідачу в борг грошові кошти в сумі [сума цифрами і словами] [грн / дол. США], що підтверджується власноручною розпискою відповідача від [дата]. Договір позики є укладеним з моменту передання грошей (ч. 1 ст. 1046 ЦК України), а розписка позичальника підтверджує його укладення та умови (ч. 2 ст. 1047 ЦК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Строк повернення за розпискою — до [дата]. [Якщо строку немає: «___» _________ 20___ року я вручив(ла) / надіслав(ла) відповідачу письмову вимогу про повернення боргу; тридцятиденний строк за абз. 2 ч. 1 ст. 1049 ЦК України сплив «___» _________ 20___ року.]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Відповідач борг не повернув [повернув частково — [сума] грн]. Оригінал розписки перебуває в мене.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Позичальник зобов’язаний повернути позику у строк, встановлений договором (ч. 1 ст. 1049 ЦК України). Боржник, який прострочив грошове зобов’язання, на вимогу кредитора сплачує суму боргу з урахуванням індексу інфляції за весь час прострочення та три проценти річних від простроченої суми (ч. 1 ст. 1050, ч. 2 ст. 625 ЦК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Заборгованість станом на [дата] (розрахунок додається):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основний борг — [сума] грн;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інфляційні втрати з [дата] по [дата] — [сума] грн;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3 % річних з [дата] по [дата] — [сума] грн;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[за наявності] проценти за користування позикою (ст. 1048 ЦК України) — [сума] грн;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разом — [сума]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Досудове врегулювання: [вимога від [дата] / не проводилося]. Заходи забезпечення доказів або позову до подання позову не вживалися. Іншого позову до цього відповідача з тим самим предметом і з тих самих підстав я не подавав(ла).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Орієнтовні судові витрати: судовий збір — [сума] грн; професійна правнича допомога — [сума] грн / не очікується.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Рахунок позивача для зарахування коштів: IBAN [UA________________], [назва банку / небанківського надавача платіжних послуг]. [Якщо рахунку немає: «Рахунку в банку чи небанківському надавачі платіжних послуг не маю; присуджені кошти бажаю отримати [спосіб]».]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ст. 625, 1046, 1047, 1049, 1050 ЦК України, ст. 27, 175–177 ЦПК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Відкрити провадження у справі та розглянути її за правилами [спрощеного / загального] позовного провадження.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Стягнути з [П.І.Б. відповідача] на мою користь основний борг за договором позики — [сума]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Стягнути з відповідача на мою користь інфляційні втрати — [сума] грн і 3 % річних — [сума] грн [та проценти за користування позикою — [сума] грн].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Стягнути з відповідача на мою користь судові витрати.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розписки від [дата], засвідчена підписом позивача із зазначенням дати (оригінал — у позивача)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Розрахунок заборгованості, інфляційних втрат і 3 % річних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вимоги про повернення боргу і доказ її надсилання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Документ про сплату судового збору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Документ, що підтверджує наявність рахунку позивача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Копія позову з додатками для відповідача / доказ її надсилання через електронний кабінет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Позовна заява про стягнення боргу за розпискою (договором позики)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