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29.09.2026.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[найменування] районного (міського) суду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[П.І.Б. спадкоємця за заповітом]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РНОКПП, тел., e-mail, електронний кабінет: [якщо відомі]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[сума] грн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визнання заповіту недійсним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 20__ р. помер(ла) [П.І.Б. спадкодавця] (свідоцтво про смерть від [дата], актовий запис № [___]). До складу спадщини входить: [квартира / будинок / земельна ділянка — адреса, кадастровий номер; інше майно].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 є [ступінь спорідненості] спадкодавця, тобто спадкоємцем за законом [___] черги. «___» ______ 20__ р. я подав(ла) нотаріусу заяву про прийняття спадщини [або: постійно проживав(ла) зі спадкодавцем на час відкриття спадщини — ч. 3 ст. 1268 ЦК України], спадкова справа № [___].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 20__ р. з [джерело] мені стало відомо про заповіт від «___» ______ 20__ р., посвідчений [нотаріусом / посадовою особою — П.І.Б.], зареєстрований у реєстрі за № [___], яким [усе майно / перелік] заповідано відповідачу.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Заповіт не відповідає волі спадкодавця, бо під час його складення (обрати потрібне):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спадкодавець через [захворювання / сильнодіючі препарати] не усвідомлював(ла) значення своїх дій та (або) не міг(ла) керувати ними: [діагноз, лікування, дати];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на спадкодавця чинився [тиск / обман / насильство] з боку [___]: [конкретні факти].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Це підтверджують: [медичні документи], [свідки — П.І.Б., що саме можуть пояснити], [інші докази].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 ч. 2 ст. 1257 ЦК України суд за позовом заінтересованої особи визнає заповіт недійсним, якщо волевиявлення заповідача не було вільним і не відповідало його волі (див. також ч. 1 ст. 225 ЦК України). У разі недійсності заповіту я одержую право на спадкування за законом (ч. 4 ст. 1257 ЦК України), тому заповіт порушує моє право. Для встановлення психічного стану особи експертиза за клопотанням сторони обов’язкова (п. 2 ч. 1 ст. 105 ЦПК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Позовну давність не пропущено: про заповіт я дізнався(лася) «___» ______ 20__ р.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Досудове врегулювання не проводилося, заходи забезпечення доказів чи позову [не вживалися / вжито ухвалою від ___]. Попередній розрахунок судових витрат: судовий збір [___] грн, експертиза [___] грн, правнича допомога [___] грн. Іншого позову до відповідача з тим самим предметом і з тих самих підстав я не подавав(ла). Оригінали доказів — у мене.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1257 ЦК України, ст. 175, 177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Визнати недійсним заповіт [П.І.Б. спадкодавця] від «___» ______ 20__ р., посвідчений [___], зареєстрований у реєстрі за № [___].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[Якщо видано] Визнати недійсним свідоцтво про право на спадщину за заповітом від «___» ______ 20__ р., зареєстроване за № [___].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Призначити посмертну судово-психіатричну експертизу (клопотання додається).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Стягнути з відповідача судові витрати.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Копії позову і додатків для відповідача (або доказ надсилання через електронний кабінет).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Документ про сплату судового збору [або підстава пільги].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свідоцтва про смерть.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Копія заповіту або витяг зі Спадкового реєстру.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Документи про родинні відносини зі спадкодавцем.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Довідка нотаріуса про спадкову справу.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Медичні документи спадкодавця.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 Клопотання про призначення експертизи [і про витребування доказів — ст. 84 ЦПК України].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визнання заповіту недійсним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2026-09-29T16:38:28Z</dcterms:created>
  <dcterms:modified xsi:type="dcterms:W3CDTF">2026-09-29T16:38:28Z</dcterms:modified>
  <cp:category/>
  <dc:language>uk-UA</dc:language>
</cp:coreProperties>
</file>