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[найменування міжрегіонального управління Держпраці, що охоплює область, де працює роботодавець]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або e-mail управління]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 з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 для відповіді: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РОБОТОДАВЕЦЬ: [повне найменування юридичної особи або П.І.Б.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 за ЄДР: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фактичне місце роботи (підрозділ):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керівник: [П.І.Б., посада]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порушення роботодавцем законодавства про працю (невиплата заробітної плати)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перебуваю (перебував(ла)) у трудових відносинах з [найменування роботодавця] на посаді [посада] з «___» ________ 20___ року на підставі [наказу про прийняття на роботу / трудового договору] № [___]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Строки виплати заробітної плати у роботодавця — [числа місяця за колективним договором або правилами внутрішнього трудового розпорядку]. Згідно зі ст. 115 КЗпП заробітна плата виплачується не рідше двох разів на місяць з проміжком не більше шістнадцяти календарних днів і не пізніше семи днів після закінчення періоду, за який здійснюється виплата.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Роботодавець порушує ці вимоги (залишити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заробітну плату за [місяці, рік] не виплачено / виплачено не в повному обсязі; станом на «___» ________ 20___ року заборгованість становить [сума] грн, що підтверджується [розрахунковими листками / банківською випискою / відомостями Пенсійного фонду];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«___» ________ 20___ року мене звільнено, але в день звільнення розрахунок не проведено і письмового повідомлення про нараховані та виплачені суми не надано (ст. 116 КЗпП);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інші порушення: [не видаються розрахункові листки / відпустку не оплачено до її початку / допуск до роботи без оформлення трудового договору — описати конкретно, з датами].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[«___» ________ 20___ року я письмово звернувся(лася) до роботодавця з вимогою про виплату (вх. № ___); відповіді не отримав(ла) / у виплаті відмовлено.]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ст. 259 КЗпП державний контроль за додержанням законодавства про працю здійснюють Держпраці та її територіальні органи. У період воєнного стану позапланові заходи державного нагляду (контролю) за додержанням законодавства про працю можуть здійснюватися за заявою працівника (ч. 1 ст. 16 Закону України «Про організацію трудових відносин в умовах воєнного стану»); підставою є звернення фізичної особи про порушення її прав (ст. 6 Закону України «Про основні засади державного нагляду (контролю) у сфері господарської діяльності»).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ст. 115, 116, 259, 265 КЗпП, ст. 41 КУпАП, ст. 5, 18 Закону України «Про звернення громадян»,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Провести позаплановий захід державного контролю за додержанням законодавства про працю щодо [найменування роботодавця] з усіх питань, викладених у цій скарзі.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разі підтвердження порушень видати роботодавцю припис про їх усунення, зокрема про виплату заборгованої заробітної плати, і перевірити його виконання.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Застосувати до роботодавця відповідальність, передбачену ст. 265 КЗпП, та вирішити питання про складення протоколу за ст. 41 КУпАП щодо винної посадової особи.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Дотримуватися таємниці розгляду: не повідомляти роботодавцю мої персональні дані і те, що захід проводиться за моєю скаргою (ст. 18 Закону України «Про звернення громадян», п. «c» ст. 15 Конвенції МОП № 81 про інспекцію праці у промисловості й торгівлі).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Ознайомити мене з матеріалами перевірки та письмово повідомити про результати розгляду на адресу [поштова адреса / e-mail].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наказу про прийняття на роботу / трудового договору (або трудової книжки)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розрахункових листків, банківська виписка про надходження заробітної плати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Індивідуальні відомості про застраховану особу з Пенсійного фонду (форма ОК-5 або ОК-7)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письмової вимоги до роботодавця з відміткою про отримання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наказу про звільнення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до Держпраці на роботодавця: невиплата зарплати, порушення прав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2026-09-28T13:55:34Z</dcterms:created>
  <dcterms:modified xsi:type="dcterms:W3CDTF">2026-09-28T13:55:34Z</dcterms:modified>
  <cp:category/>
  <dc:language>uk-UA</dc:language>
</cp:coreProperties>
</file>