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0" w:line="276" w:lineRule="auto"/>
        <w:jc w:val="left"/>
      </w:pPr>
      <w:r>
        <w:rPr>
          <w:b w:val="0"/>
          <w:i/>
          <w:color w:val="6A6A6A"/>
          <w:sz w:val="20"/>
        </w:rPr>
        <w:t>Зразок від БФ «Не словом, а дією» (neslovomadilom.com), редакція від 28.09.2026. Заповніть поля в квадратних дужках і прочерки, а цей абзац видаліть перед поданням. Сумніваєтесь у підставі чи строку — перша консультація по телефону безкоштовна: +380 73 051 50 77.</w:t>
      </w:r>
    </w:p>
    <w:p>
      <w:pPr>
        <w:spacing w:before="0" w:after="0" w:line="276" w:lineRule="auto"/>
        <w:ind w:left="0"/>
        <w:jc w:val="left"/>
      </w:pPr>
      <w:r>
        <w:rPr>
          <w:b w:val="0"/>
          <w:i w:val="0"/>
          <w:sz w:val="28"/>
        </w:rPr>
        <w:t>[Бланк підприємства]</w:t>
      </w:r>
    </w:p>
    <w:p>
      <w:pPr>
        <w:spacing w:before="0" w:after="0" w:line="276" w:lineRule="auto"/>
        <w:ind w:left="0"/>
        <w:jc w:val="left"/>
      </w:pPr>
      <w:r>
        <w:rPr>
          <w:b w:val="0"/>
          <w:i w:val="0"/>
          <w:sz w:val="28"/>
        </w:rPr>
        <w:t>Вих. № [___] від «___» ____________ 20___ р.</w:t>
      </w:r>
    </w:p>
    <w:p>
      <w:pPr>
        <w:spacing w:before="0" w:after="0" w:line="276" w:lineRule="auto"/>
        <w:ind w:left="0"/>
        <w:jc w:val="left"/>
      </w:pPr>
      <w:r>
        <w:rPr>
          <w:b w:val="0"/>
          <w:i w:val="0"/>
          <w:sz w:val="28"/>
        </w:rPr>
        <w:t>На акт перевірки від [дата] № [номер]</w:t>
      </w:r>
    </w:p>
    <w:p>
      <w:pPr>
        <w:spacing w:before="0" w:after="0" w:line="276" w:lineRule="auto"/>
      </w:pP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КОМУ: [посада керівника органу, який проводив перевірку, — див. припис на право перевірки]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[найменування органу: районна держадміністрація / міська рада / районний (міський) ТЦК та СП / орган управління]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[ініціали, прізвище]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Адреса: [________________]</w:t>
      </w:r>
    </w:p>
    <w:p>
      <w:pPr>
        <w:spacing w:before="0" w:after="0" w:line="276" w:lineRule="auto"/>
      </w:pP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Копія (якщо перевіряв не ТЦК): [найменування районного (міського) ТЦК та СП]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Адреса: [________________]</w:t>
      </w:r>
    </w:p>
    <w:p>
      <w:pPr>
        <w:spacing w:before="0" w:after="0" w:line="276" w:lineRule="auto"/>
      </w:pP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ВІД: [повне найменування підприємства, установи, організації]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Код ЄДРПОУ: [__________]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Місцезнаходження: [________________]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Тел.: [+380 __ ___ __ __], e-mail: [__________]</w:t>
      </w:r>
    </w:p>
    <w:p>
      <w:pPr>
        <w:spacing w:before="0" w:after="0" w:line="276" w:lineRule="auto"/>
      </w:pPr>
    </w:p>
    <w:p>
      <w:pPr>
        <w:spacing w:before="0" w:after="0" w:line="276" w:lineRule="auto"/>
      </w:pPr>
    </w:p>
    <w:p>
      <w:pPr>
        <w:keepNext/>
        <w:spacing w:before="280" w:after="0" w:line="276" w:lineRule="auto"/>
        <w:jc w:val="center"/>
      </w:pPr>
      <w:r>
        <w:rPr>
          <w:b/>
          <w:i w:val="0"/>
          <w:sz w:val="28"/>
        </w:rPr>
        <w:t>ВІДПОВІДЬ НА АКТ ПЕРЕВІРКИ</w:t>
      </w:r>
    </w:p>
    <w:p>
      <w:pPr>
        <w:keepNext/>
        <w:spacing w:before="0" w:after="240" w:line="276" w:lineRule="auto"/>
        <w:jc w:val="center"/>
      </w:pPr>
      <w:r>
        <w:rPr>
          <w:b/>
          <w:i w:val="0"/>
          <w:sz w:val="28"/>
        </w:rPr>
        <w:t>про вжиті заходи та усунення недоліків у веденні військового обліку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З [дата] по [дата] [комісія з перевірки стану військового обліку / посадові особи ТЦК та СП] на підставі [припису на право перевірки від ___ № ___ / плану перевірок на ___ рік] перевірили стан організації та ведення військового обліку призовників, військовозобов’язаних та резервістів у [найменування]. Результати перевірки отримано [дата] [під підпис / поштою / електронною поштою].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Відповідно до пункту 86 Порядку організації та ведення військового обліку призовників, військовозобов’язаних та резервістів, затвердженого постановою Кабінету Міністрів України від 30.12.2022 № 1487 (далі — Порядок), інформуємо про вжиті заходи. Наказом від [дата] № [___] затверджено заходи з усунення недоліків, строки й відповідальних осіб (додаток 1).</w:t>
      </w:r>
    </w:p>
    <w:p>
      <w:pPr>
        <w:spacing w:before="0" w:after="80" w:line="276" w:lineRule="auto"/>
        <w:ind w:firstLine="709"/>
        <w:jc w:val="both"/>
      </w:pPr>
      <w:r>
        <w:rPr>
          <w:b/>
          <w:i w:val="0"/>
          <w:sz w:val="28"/>
        </w:rPr>
        <w:t>1. Недолік (пункт [__] акта):</w:t>
      </w:r>
      <w:r>
        <w:rPr>
          <w:b w:val="0"/>
          <w:i w:val="0"/>
          <w:sz w:val="28"/>
        </w:rPr>
        <w:t xml:space="preserve"> [перенести дослівно з акта].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Вжиті заходи: [що зроблено і яким документом].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Дата усунення: [ДД.ММ.РРРР]. Підтвердження: додаток [__].</w:t>
      </w:r>
    </w:p>
    <w:p>
      <w:pPr>
        <w:spacing w:before="0" w:after="80" w:line="276" w:lineRule="auto"/>
        <w:ind w:firstLine="709"/>
        <w:jc w:val="both"/>
      </w:pPr>
      <w:r>
        <w:rPr>
          <w:b/>
          <w:i w:val="0"/>
          <w:sz w:val="28"/>
        </w:rPr>
        <w:t>2. Недолік (пункт [__] акта):</w:t>
      </w:r>
      <w:r>
        <w:rPr>
          <w:b w:val="0"/>
          <w:i w:val="0"/>
          <w:sz w:val="28"/>
        </w:rPr>
        <w:t xml:space="preserve"> [__________].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Вжиті заходи: [__________].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Дата усунення: [__________]. Підтвердження: додаток [__].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[Приклади заходів — залиште потрібне: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— видано наказ про призначення особи, відповідальної за ведення військового обліку; повідомлення за додатком 1 до Порядку надіслано до ТЦК та СП [дата] (п. 13 Порядку);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— списки персонального військового обліку (додаток 5 до Порядку) приведено у відповідність, підписано керівником і відповідальною особою (пункти 36, 40 Порядку);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— повідомлення про зміну облікових даних (додаток 4 до Порядку) щодо [кількість] працівників подано [дата] через [кабінет персонального обліку / Портал Дія / у паперовій формі] (п. 34 Порядку);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— правила військового обліку доведено до [кількість] працівників під особистий підпис;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— звіряння списків з обліковими даними ТЦК та СП проведено [дата].]</w:t>
      </w:r>
    </w:p>
    <w:p>
      <w:pPr>
        <w:spacing w:before="0" w:after="80" w:line="276" w:lineRule="auto"/>
        <w:ind w:firstLine="709"/>
        <w:jc w:val="both"/>
      </w:pPr>
      <w:r>
        <w:rPr>
          <w:b/>
          <w:i w:val="0"/>
          <w:sz w:val="28"/>
        </w:rPr>
        <w:t>Щодо пункту [__] акта</w:t>
      </w:r>
      <w:r>
        <w:rPr>
          <w:b w:val="0"/>
          <w:i w:val="0"/>
          <w:sz w:val="28"/>
        </w:rPr>
        <w:t xml:space="preserve"> [заповніть, якщо з висновком не погоджуєтеся]: висновок не відповідає фактичним обставинам, оскільки [обґрунтування]. Це підтверджують [документи] (додаток [__]).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Відмітку про усунення недоліків внесено до журналу обліку результатів перевірки (додаток 9 до Порядку). Щоб уникнути повторних порушень, [проведено інструктаж відповідальної особи / затверджено графік звіряння / інше].</w:t>
      </w:r>
    </w:p>
    <w:p>
      <w:pPr>
        <w:keepNext/>
        <w:spacing w:before="160" w:after="80" w:line="276" w:lineRule="auto"/>
        <w:jc w:val="center"/>
      </w:pPr>
      <w:r>
        <w:rPr>
          <w:b/>
          <w:i w:val="0"/>
          <w:sz w:val="28"/>
        </w:rPr>
        <w:t>ПРОСИМО: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1. Взяти до відома інформацію про усунення недоліків, виявлених перевіркою від [дата].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2. Урахувати її під час внесення відмітки про усунення недоліків до журналу обліку перевірок.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3. Урахувати пояснення щодо пункту(ів) [__] акта (за наявності).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4. Про зауваження до вжитих заходів повідомити письмово на адресу або e-mail, зазначені вище.</w:t>
      </w:r>
    </w:p>
    <w:p>
      <w:pPr>
        <w:spacing w:before="0" w:after="80" w:line="276" w:lineRule="auto"/>
        <w:ind w:firstLine="709"/>
        <w:jc w:val="both"/>
      </w:pPr>
      <w:r>
        <w:rPr>
          <w:b/>
          <w:i w:val="0"/>
          <w:sz w:val="28"/>
        </w:rPr>
        <w:t>Додатки: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1. Копія наказу про усунення недоліків від [дата] № [___] — на ___ арк.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2. Копії документів, що підтверджують усунення, за кожним пунктом акта — на ___ арк.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3. Копія сторінки журналу обліку результатів перевірки з відміткою — на ___ арк.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4. Копія документа про повноваження підписанта (якщо підписує не керівник) — на ___ арк.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Виконавець: [П.І.Б. особи, відповідальної за військовий облік], тел. [__________]</w:t>
      </w:r>
    </w:p>
    <w:p>
      <w:pPr>
        <w:spacing w:before="200" w:after="0" w:line="276" w:lineRule="auto"/>
        <w:jc w:val="left"/>
      </w:pPr>
      <w:r>
        <w:rPr>
          <w:b w:val="0"/>
          <w:i w:val="0"/>
          <w:sz w:val="28"/>
        </w:rPr>
        <w:t>«___» _____________ 20___ року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[Посада керівника] ________________ / [Ініціали, прізвище] /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cs="Times New Roman" w:eastAsia="Times New Roman"/>
      <w:sz w:val="28"/>
      <w:lang w:val="uk-UA" w:eastAsia="uk-U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Відповідь на акт перевірки стану військового обліку на підприємстві</dc:title>
  <dc:subject>Зразок документа</dc:subject>
  <dc:creator>БФ «Не словом, а дією»</dc:creator>
  <cp:keywords/>
  <dc:description>neslovomadilom.com</dc:description>
  <cp:lastModifiedBy>БФ «Не словом, а дією»</cp:lastModifiedBy>
  <cp:revision>1</cp:revision>
  <dcterms:created xsi:type="dcterms:W3CDTF">2026-09-28T13:55:36Z</dcterms:created>
  <dcterms:modified xsi:type="dcterms:W3CDTF">2026-09-28T13:55:36Z</dcterms:modified>
  <cp:category/>
  <dc:language>uk-UA</dc:language>
</cp:coreProperties>
</file>