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29.09.2026.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[найменування уповноваженого органу, що утворив комісію: виконавчий орган сільської / селищної / міської / районної у місті ради, військова або військово-цивільна адміністрація населеного пункту]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для листування: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__], ел. пошта: [_______________]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Об’єкт: [квартира / житловий будинок] за адресою [________________]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Заява про надання компенсації № [_______] від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Рішення комісії № [_______] від [ДД.ММ.РРРР], повідомлення отримано [ДД.ММ.РРРР] через [Дію / письмово]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ЗАПЕРЕЧЕННЯ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незгоду з рішенням комісії про відмову у наданні компенсації (єВідновлення)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 є [власником / співвласником] об’єкта нерухомого майна за адресою [________________]; право власності підтверджує [запис у Державному реєстрі речових прав № ___ / правовстановлюючий документ]. Об’єкт [пошкоджено / знищено] [ДД.ММ.РРРР] внаслідок [обстрілу / іншої події], спричиненої збройною агресією Російської Федерації.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Рішенням комісії № [___] від [ДД.ММ.РРРР] мені [відмовлено у наданні компенсації / визначено компенсацію в розмірі ______ грн] з підстави: «[дослівно з рішення]».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З рішенням не погоджуюсь, оскільки</w:t>
      </w:r>
      <w:r>
        <w:rPr>
          <w:b w:val="0"/>
          <w:i w:val="0"/>
          <w:sz w:val="28"/>
        </w:rPr>
        <w:t xml:space="preserve"> (обрати потрібне):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у рішенні не зазначено конкретних підстав відмови, хоча п. 12 Порядку № 381 вимагає їх наводити;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факт і причину пошкодження підтверджують: [акт комісійного обстеження / звіт з технічного обстеження від ___, довідка ДСНС чи поліції, фото і відео з датами];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пошкодження виникли після введення воєнного стану 24.02.2022, що підтверджують [___];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ремонт не усунув пошкоджень у повному обсязі: [перелік неусунених пошкоджень];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розмір компенсації визначено без урахування [позицій акта / звіту: ___];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моє заперечення на акт обстеження від [ДД.ММ.РРРР] не розглянуто, примітки про нього в рішенні немає;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інше: [___].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Строк подання дотримано</w:t>
      </w:r>
      <w:r>
        <w:rPr>
          <w:b w:val="0"/>
          <w:i w:val="0"/>
          <w:sz w:val="28"/>
        </w:rPr>
        <w:t xml:space="preserve"> (обрати свій випадок):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пошкоджене житло: 5 робочих днів з дати отримання повідомлення про рішення комісії (пп. 2 п. 25 Порядку, затв. постановою КМУ від 21.04.2023 № 381);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знищене житло: 5 календарних днів з дати прийняття рішення Комісією (пп. 2 п. 17-1 Порядку, затв. постановою КМУ від 30.05.2023 № 600).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Законом України від 23.02.2023 № 2923-IX, [пп. 2 п. 25 Порядку № 381 / пп. 2 п. 17-1 Порядку № 600],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Розглянути це заперечення і врахувати його під час вирішення питання щодо рішення комісії № [___] від [ДД.ММ.РРРР], зробивши про це примітку у своєму рішенні.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Не затверджувати рішення комісії та надіслати заяву № [___] на повторний розгляд комісією.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(За потреби) Продовжити строк подання заперечення ще на п’ять робочих днів для подання додаткових доказів.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Письмово повідомити мене про результат розгляду за адресою для листування і надати копію рішення.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повідомлення (рішення) комісії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Копії документа, що посвідчує особу, і РНОКПП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документа про право власності / витягу з Державного реєстру речових прав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акта комісійного обстеження / звіту з технічного обстеження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Фото- і відеофіксація пошкоджень з датами, довідки [ДСНС / поліції]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Висновки третіх осіб [експерта / Групи підтримки єВідновлення]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Заперечення на відмову у компенсації за пошкоджене житло (єВідновлення)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2026-09-29T16:38:28Z</dcterms:created>
  <dcterms:modified xsi:type="dcterms:W3CDTF">2026-09-29T16:38:28Z</dcterms:modified>
  <cp:category/>
  <dc:language>uk-UA</dc:language>
</cp:coreProperties>
</file>