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[поштова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Заявник: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 (перебування): [адреса, поштовий індекс]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Довідка ВПО: № [____] від [ДД.ММ.РРРР] (за наявності)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Телефон: [+380 __ ___ __ 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[наявний / відсутній]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Заінтересована особа: [найменування відділу державної реєстрації актів цивільного стану, код ЄДРПОУ,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Заінтересована особа (за наявності): [П.І.Б. інших членів сім’ї / спадкоємців, адреса]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не сплачується (п. 21 ч. 1 ст. 5 [; п. 14 ч. 2 ст. 3 — якщо особа загинула в районі воєнних дій] Закону України «Про судовий збір»)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встановлення факту смерті особи на тимчасово окупованій території України (на території, на якій введено воєнний стан)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 20___ року помер(ла) [П.І.Б. померлого(ї)], [ДД.ММ.РРРР] року народження, громадянин(ка) України, РНОКПП [__________] (за наявності), який(а) проживав(ла) за адресою: [останнє місце проживання].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Смерть настала в [населений пункт, громада, район, область]. На дату смерті ця територія [була тимчасово окупована Російською Федерацією / належала до території активних бойових дій] і включена до Переліку територій, на яких ведуться (велися) бойові дії або тимчасово окупованих Російською Федерацією, затвердженого наказом Міністерства розвитку громад та територій України від 28.02.2025 № 376. На всій території України введено воєнний стан.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Обставини смерті: [причина смерті, де саме вона настала, хто був поруч, де і коли особу поховано].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є [ступінь споріднення] померлого(ї), що підтверджується [свідоцтво про народження / шлюб № ___]. [АБО: Я не є членом сім’ї померлого(ї), але встановлення факту смерті впливає на мої права, оскільки [я є спадкоємцем за заповітом від ___ / співвласником майна / інше].]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Встановлення факту смерті необхідне мені для державної реєстрації смерті та [оформлення спадщини / призначення пенсії у зв’язку з втратою годувальника / отримання виплат / інше].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Зареєструвати смерть у позасудовому порядку неможливо: лікарського свідоцтва про смерть (форма № 106/о) заклад охорони здоров’я України не видавав, органи державної реєстрації актів цивільного стану України на цій території повноважень не здійснюють, [відділ ДРАЦС відмовив у державній реєстрації смерті — лист № ___ від ___].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Факт смерті підтверджують: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[документ про смерть, виданий на тимчасово окупованій території, — назва, номер, дата] (ч. 3 ст. 9 Закону України № 1207-VII);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[медичні документи, фото чи відео поховання, листування, інші докази];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показання свідків: [П.І.Б., адреса, телефон кожного].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Оригінали письмових доказів, копії яких додано, перебувають у мене. Спору про право немає. Іншої заяви з тих самих підстав до цього чи іншого суду я не подавав(ла).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Від сплати судового збору звільнений(а) на підставі п. 21 ч. 1 ст. 5 Закону України «Про судовий збір», оскільки заява подана у зв’язку зі збройною агресією Російської Федерації та тимчасовою окупацією території України [а якщо особа загинула в районі воєнних дій — також п. 14 ч. 2 ст. 3 цього Закону].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статтями 293, 315, 317–319 Цивільного процесуального кодексу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Встановити факт смерті [П.І.Б.], [ДД.ММ.РРРР] року народження, який(а) помер(ла) «___» ___________ 20___ року в [населений пункт, район, область], Україна.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Викликати в судове засідання та допитати свідків: [П.І.Б.].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Копію рішення невідкладно надіслати до органу державної реєстрації актів цивільного стану для державної реєстрації смерті (ч. 5 ст. 317 ЦПК України) і видати мені.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паспорта та РНОКПП заявника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Документи про родинний зв’язок або заінтересованість заявника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Докази смерті та її обставин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Відповідь відділу ДРАЦС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Копія довідки ВПО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Копії заяви з додатками для заінтересованих осіб — ___ прим.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Довіреність або ордер представника (якщо заяву подає представник)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встановлення факту смерті на окупованій території (ст. 317 ЦПК)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