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 w:line="276" w:lineRule="auto"/>
        <w:jc w:val="left"/>
      </w:pPr>
      <w:r>
        <w:rPr>
          <w:b w:val="0"/>
          <w:i/>
          <w:color w:val="6A6A6A"/>
          <w:sz w:val="20"/>
        </w:rPr>
        <w:t>Зразок від БФ «Не словом, а дією» (neslovomadilom.com), редакція від 29.09.2026. Заповніть поля в квадратних дужках і прочерки, а цей абзац видаліть перед поданням. Сумніваєтесь у підставі чи строку — перша консультація по телефону безкоштовна: +380 73 051 50 77.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Кому: [найменування органу Пенсійного фонду України за місцем перебування на обліку внутрішньо переміщеної особи]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Адреса: [________________]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Від: [Прізвище, ім’я, по батькові]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Дата народження: [ДД.ММ.РРРР]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РНОКПП: [__________]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Довідка про взяття на облік ВПО: № [____] від [ДД.ММ.РРРР]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Адреса фактичного місця проживання / перебування (за Єдиною інформаційною базою даних про ВПО): [повна адреса]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Статус: [уповноважена особа сім’ї / отримувач допомоги]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Телефон: [+380 __ ___ __ 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Електронна пошта: [_______________]</w:t>
      </w:r>
    </w:p>
    <w:p>
      <w:pPr>
        <w:spacing w:before="0" w:after="0" w:line="276" w:lineRule="auto"/>
      </w:pPr>
    </w:p>
    <w:p>
      <w:pPr>
        <w:spacing w:before="0" w:after="0" w:line="276" w:lineRule="auto"/>
      </w:pPr>
    </w:p>
    <w:p>
      <w:pPr>
        <w:keepNext/>
        <w:spacing w:before="280" w:after="0" w:line="276" w:lineRule="auto"/>
        <w:jc w:val="center"/>
      </w:pPr>
      <w:r>
        <w:rPr>
          <w:b/>
          <w:i w:val="0"/>
          <w:sz w:val="28"/>
        </w:rPr>
        <w:t>ЗАЯВА</w:t>
      </w:r>
    </w:p>
    <w:p>
      <w:pPr>
        <w:keepNext/>
        <w:spacing w:before="0" w:after="240" w:line="276" w:lineRule="auto"/>
        <w:jc w:val="center"/>
      </w:pPr>
      <w:r>
        <w:rPr>
          <w:b/>
          <w:i w:val="0"/>
          <w:sz w:val="28"/>
        </w:rPr>
        <w:t>про поновлення виплати допомоги на проживання після перевірки фактичного місця проживання</w:t>
      </w:r>
    </w:p>
    <w:p>
      <w:pPr>
        <w:spacing w:before="200" w:after="0" w:line="276" w:lineRule="auto"/>
        <w:jc w:val="left"/>
      </w:pPr>
      <w:r>
        <w:rPr>
          <w:b w:val="0"/>
          <w:i w:val="0"/>
          <w:sz w:val="28"/>
        </w:rPr>
        <w:t>«___» ___________ 20___ року посадові особи [найменування територіального органу Національної соціальної сервісної служби] провели перевірку мого фактичного місця проживання / перебування за адресою: [адреса]. На момент перевірки мене не було вдома, тому склали акт перевірки за формою додатка 4 до Порядку надання допомоги на проживання внутрішньо переміщеним особам, затвердженого постановою Кабінету Міністрів України від 20.03.2022 № 332 (далі — Порядок). Про перевірку мене [попередили «___» ________ 20___ р. телефоном / іншим способом — зазначити / не попереджали].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[Якщо рішення вже є: Рішенням від «___» ________ 20___ р. № ____ виплату допомоги тимчасово припинено з [місяць, рік].]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Обставини (залишити потрібний варіант):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 xml:space="preserve">— </w:t>
      </w:r>
      <w:r>
        <w:rPr>
          <w:b/>
          <w:i w:val="0"/>
          <w:sz w:val="28"/>
        </w:rPr>
        <w:t>Варіант 1. Адреса не змінилася.</w:t>
      </w:r>
      <w:r>
        <w:rPr>
          <w:b w:val="0"/>
          <w:i w:val="0"/>
          <w:sz w:val="28"/>
        </w:rPr>
        <w:t xml:space="preserve"> Я [і члени моєї сім’ї] і далі проживаю за адресою, внесеною до Єдиної інформаційної бази даних про внутрішньо переміщених осіб. Під час перевірки я був(ла) відсутній(я) короткочасно: [причина — робота, заклад охорони здоров’я, навчальний заклад дитини тощо]. Проживання за адресою підтверджують документи, що додаються.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 xml:space="preserve">— </w:t>
      </w:r>
      <w:r>
        <w:rPr>
          <w:b/>
          <w:i w:val="0"/>
          <w:sz w:val="28"/>
        </w:rPr>
        <w:t>Варіант 2. Відсутність з обґрунтованої причини.</w:t>
      </w:r>
      <w:r>
        <w:rPr>
          <w:b w:val="0"/>
          <w:i w:val="0"/>
          <w:sz w:val="28"/>
        </w:rPr>
        <w:t xml:space="preserve"> З [дата] по [дата] я був(ла) відсутній(я) за місцем проживання не за власним бажанням у зв’язку з [лікування / реабілітація / хвороба моя або члена сім’ї / догляд за хворою дитиною віком до 18 років / смерть члена сім’ї чи родича / службове відрядження / навчання чи стажування / оздоровлення дітей / супроводження дітей під час участі в міжнародних змаганнях або участь у відповідних змаганнях / відвідування закладу охорони здоров’я, суду чи правоохоронного органу — обрати]. Ця причина прямо передбачена абзацом дев’ятим пункту 28 Порядку і підтверджується документами, що додаються.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Відповідно до абзацу чотирнадцятого пункту 28 Порядку виплата допомоги поновлюється з місяця, з якого її тимчасово припинено, якщо отримувач звернувся протягом 30 або 90 календарних днів (за наявності обґрунтованих причин). Я звертаюся в межах цього строку. Обставин, визначених пунктами 7, 7-1 і 8 Порядку, з якими пов’язано відмову в допомозі чи її припинення, щодо мене [і членів моєї сім’ї] немає.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На підставі викладеного, керуючись абзацами восьмим, дев’ятим і чотирнадцятим пункту 28 Порядку, —</w:t>
      </w:r>
    </w:p>
    <w:p>
      <w:pPr>
        <w:keepNext/>
        <w:spacing w:before="160" w:after="80" w:line="276" w:lineRule="auto"/>
        <w:jc w:val="center"/>
      </w:pPr>
      <w:r>
        <w:rPr>
          <w:b/>
          <w:i w:val="0"/>
          <w:sz w:val="28"/>
        </w:rPr>
        <w:t>ПРОШУ: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Провести мою ідентифікацію та прийняти цю заяву до розгляду.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Врахувати, що адреса мого фактичного місця проживання / перебування не змінилася [або: що відсутність під час перевірки зумовлена обґрунтованою причиною].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Не припиняти виплату допомоги на проживання, а якщо її вже тимчасово припинено, — поновити виплату мені та членам моєї сім’ї [П.І.Б., дати народження] з місяця, з якого її припинено.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Ознайомити мене з актом перевірки від «___» ________ 20___ р. і видати його копію.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5. Повідомити мене про прийняте рішення письмово [поштою за адресою / на електронну пошту].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Додатки: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Копія паспорта громадянина України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Копія довідки про взяття на облік ВПО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Документи про проживання за адресою (договір найму, квитанції за комунальні послуги, довідка з місця роботи чи навчання)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Документи про обґрунтовану причину відсутності (довідка або виписка закладу охорони здоров’я, наказ про відрядження, довідка навчального закладу, свідоцтво про смерть, виклик до суду чи правоохоронного органу)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5. Копія акта перевірки або рішення про тимчасове припинення (за наявності) — на ___ арк.</w:t>
      </w:r>
    </w:p>
    <w:p>
      <w:pPr>
        <w:spacing w:before="200" w:after="0" w:line="276" w:lineRule="auto"/>
        <w:jc w:val="left"/>
      </w:pPr>
      <w:r>
        <w:rPr>
          <w:b w:val="0"/>
          <w:i w:val="0"/>
          <w:sz w:val="28"/>
        </w:rPr>
        <w:t>«___» _____________ 20___ року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>________________ / [Прізвище та ініціали] /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 xml:space="preserve">                (підпис)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cs="Times New Roman" w:eastAsia="Times New Roman"/>
      <w:sz w:val="28"/>
      <w:lang w:val="uk-UA" w:eastAsia="uk-U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Заява на поновлення виплат ВПО після перевірки фактичного місця проживання</dc:title>
  <dc:subject>Зразок документа</dc:subject>
  <dc:creator>БФ «Не словом, а дією»</dc:creator>
  <cp:keywords/>
  <dc:description>neslovomadilom.com</dc:description>
  <cp:lastModifiedBy>БФ «Не словом, а дією»</cp:lastModifiedBy>
  <cp:revision>1</cp:revision>
  <dcterms:created xsi:type="dcterms:W3CDTF">2026-09-29T17:53:40Z</dcterms:created>
  <dcterms:modified xsi:type="dcterms:W3CDTF">2026-09-29T17:53:40Z</dcterms:modified>
  <cp:category/>
  <dc:language>uk-UA</dc:language>
</cp:coreProperties>
</file>