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продавця — ТОВ або ФОП, як зазначено в чеку]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 продавця: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магазину: [адреса торговельної точки, де куплено товар]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обмін товару належної якості, а за відсутності аналогічного товару — про розірвання договору і повернення грошей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[ДД.ММ.РРРР] я придбав(-ла) у Вашому магазині товар: [найменування, модель, артикул, розмір, колір] вартістю [сума] грн, що підтверджується [розрахунковим документом № ___ від ДД.ММ.РРРР / QR-кодом програмного РРО / електронним розрахунковим документом, надісланим на мій телефон чи електронну пошту].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Товар належної якості, недоліків не має, але не задовольнив мене за [формою / габаритами / фасоном / кольором / розміром / інша причина, через яку товар не може бути використаний за призначенням — зазначити].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Товар не використовувався, збережено його товарний вигляд, споживчі властивості, пломби, ярлики [і упаковку], а також розрахунковий документ. Товар не належить до Переліку товарів належної якості, що не підлягають обміну (поверненню), затвердженого постановою Кабінету Міністрів України від 19.03.1994 № 172 (додаток 3).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Заяву подаю в межах чотирнадцяти днів, не рахуючи дня купівлі (останній день — [ДД.ММ.РРРР]) [або: у межах довшого строку — ___ днів, оголошеного продавцем].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частини першої статті 9 Закону України «Про захист прав споживачів» споживач має право обміняти непродовольчий товар належної якості на аналогічний у продавця, в якого його придбано. Якщо аналогічного товару немає у продажу, споживач за частиною другою статті 9 Закону має право на свій вибір придбати інший товар з перерахуванням вартості, розірвати договір і одержати назад гроші або обміняти товар при першому надходженні аналогічного. Гроші повертаються у день розірвання договору, а за неможливості — не пізніше ніж протягом семи днів, виходячи з вартості товару на час купівлі (частина третя статті 9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Звертаю увагу: за відмову споживачу в реалізації права, встановленого частиною першою статті 9 Закону, пункт 1 частини першої статті 23 Закону передбачає відповідальність продавця у десятикратному розмірі вартості товару.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статтями 9, 23 Закону України «Про захист прав споживачів»,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товар [найменування] і обміняти його на аналогічний: [модель / розмір / колір].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Якщо аналогічного товару на момент обміну немає у продажу (залиште потрібний варіант, інші викресліть):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а) розірвати договір купівлі-продажу і повернути мені [сума] грн [готівкою / на картку, з якої здійснено оплату / на рахунок IBAN UA____________] у день розірвання договору, але не пізніше семи днів;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б) обміняти товар на інший з наявного асортименту — [найменування] — з перерахуванням вартості;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в) обміняти товар на аналогічний при першому надходженні в продаж і в день надходження повідомити мене за телефоном, зазначеним вище.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Надати письмову відповідь на цю заяву за адресою для листування або на електронну пошту.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розрахункового документа (чека) або роздруківка електронного чека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Фото товару з ярликами, пломбами і упаковкою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гарантійного талона або технічного паспорта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Товар [найменування] у повній комплектації — передається продавцю разом із заявою.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на повернення або обмін товару належної якості протягом 14 днів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2026-09-29T17:53:40Z</dcterms:created>
  <dcterms:modified xsi:type="dcterms:W3CDTF">2026-09-29T17:53:40Z</dcterms:modified>
  <cp:category/>
  <dc:language>uk-UA</dc:language>
</cp:coreProperties>
</file>