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суду, у якому розглядається справа]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Суддя: [прізвище та ініціали судді]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Справа № [номер справи]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[найменування виконавця комунальної послуги або управителя]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[код]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 (заявник):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 з поштовим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[номер] (за наявності)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[номер], електронна пошта: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 в ЄСІТС: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застосування позовної давності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 провадженні суду перебуває справа № [номер] за позовом [найменування позивача] до мене про стягнення заборгованості за [вид послуги] за адресою [адреса] за період з [дата] по [дата] у сумі [сума] грн і пені в сумі [сума] грн. Ухвалу про відкриття провадження я отримав(ла) [дата].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Плата за послугу вноситься щомісяця (ч. 1 ст. 9 Закону України «Про житлово-комунальні послуги»), за умовами договору — до [число] числа місяця, наступного за розрахунковим. Тому позовна давність щодо кожного щомісячного платежу обчислюється окремо — зі спливом строку його оплати (ч. 5 ст. 261 ЦК України). Позивач сам нараховує плату й веде облік оплат, тож про кожне прострочення знав одразу.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Позов подано [дата подання позову]. Загальна позовна давність становить три роки (ст. 257 ЦК України). З урахуванням продовження строків на час карантину COVID-19 (п. 12 розділу «Прикінцеві та перехідні положення» ЦК України) і правил про продовження, а згодом зупинення позовної давності на час воєнного стану, що діяли до 04.09.2025 (п. 19 того самого розділу, виключений Законом України від 14.05.2025 № 4434-IX), позовна давність спливла щодо платежів за період з [дата] по [дата] на суму [сума] грн. Помісячний розрахунок додаю.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 вимоги про стягнення пені застосовується позовна давність в один рік (п. 1 ч. 2 ст. 258 ЦК України), а зі спливом давності за основною вимогою вона вважається такою, що спливла, і щодо пені (ст. 266 ЦК України). Отже, давність спливла щодо пені в сумі [сума] грн за період з [дата] по [дата].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Обставин, які зупиняли або переривали перебіг позовної давності (ст. 263, 264 ЦК України), немає: боргу я не визнавав(ла), акта звірки, договору про реструктуризацію чи іншого письмового визнання боргу не підписував(ла), у складі Збройних Сил України чи інших військових формувань, переведених на воєнний стан, не перебував(ла) [або: перебував(ла) з [дата] по [дата] — цей період виключено з розрахунку].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Позовна давність застосовується судом лише за заявою сторони у спорі, зробленою до ухвалення ним рішення, а її сплив є підставою для відмови в позові (ч. 3, 4 ст. 267 ЦК України). Цю заяву подаю до ухвалення рішення у справі.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ст. 257, 258, 261, 266, 267 ЦК України, ст. 183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Застосувати позовну давність до вимог [найменування позивача] про стягнення заборгованості за [вид послуги] за період з [дата] по [дата] на суму [сума] грн і відмовити в задоволенні позову в цій частині.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Застосувати позовну давність до вимоги про стягнення пені за період з [дата] по [дата] на суму [сума] грн і відмовити в задоволенні цієї вимоги.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Розглядати справу в судовому засіданні з повідомленням (викликом) сторін [за потреби; у спрощеному провадженні клопотання подається у строк для відзиву — ч. 7 ст. 279 ЦПК України].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Розподілити судовий збір пропорційно розміру задоволених вимог (ч. 1 ст. 141 ЦПК України).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Помісячний розрахунок: нарахування, строк оплати і дата спливу давності за кожен місяць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Копії квитанцій (виписок) про оплату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договору про надання послуги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Докази надіслання копії заяви з додатками позивачу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застосування строку позовної давності до боргу за комунальні послуги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2026-09-28T13:55:34Z</dcterms:created>
  <dcterms:modified xsi:type="dcterms:W3CDTF">2026-09-28T13:55:34Z</dcterms:modified>
  <cp:category/>
  <dc:language>uk-UA</dc:language>
</cp:coreProperties>
</file>