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[найменування відділу державної реєстрації актів цивільного стану]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[відділ за місцем проживання чоловіка або дружини]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Заявники — подружжя: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Чоловік: [прізвище, власне ім’я, по батькові (за наявності)]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народження (за паспортом): [________________]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Громадянство: [_______]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УНЗР (за наявності): [_______]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 (за наявності): [_______]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Документ, що посвідчує особу: [тип, серія (за наявності), номер, дата видачі, ким виданий, строк дії]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(зареєстроване / задеклароване):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  Ел. пошта (за наявності): [_______]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Дружина: [прізвище, власне ім’я, по батькові (за наявності)]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народження (за паспортом): [________________]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Громадянство: [_______]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УНЗР (за наявності): [_______]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 (за наявності): [_______]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Документ, що посвідчує особу: [тип, серія (за наявності), номер, дата видачі, ким виданий, строк дії]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(зареєстроване / задеклароване):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  Ел. пошта (за наявності): [_______]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державну реєстрацію розірвання шлюбу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Ми, [П.І.Б. чоловіка] та [П.І.Б. дружини], перебуваємо у шлюбі, зареєстрованому «___» ____________ ______ року [найменування органу, що зареєстрував шлюб], актовий запис № [____], свідоцтво про шлюб серії [___] № [________].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Спільних неповнолітніх дітей, у тому числі усиновлених, ми не маємо. Шлюб розриваємо за взаємною згодою.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Підстава державної реєстрації розірвання шлюбу: спільна заява подружжя, яке не має дітей (стаття 106 Сімейного кодексу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Місце державної реєстрації розірвання шлюбу: [найменування відділу державної реєстрації актів цивільного стану].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Обрані дата і час державної реєстрації розірвання шлюбу: «___» ____________ 20___ року, [__:__] (не раніше ніж через один місяць від дня подання заяви).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Прізвище, обране у зв’язку з розірванням шлюбу: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чоловік — [залишаю прізвище __________ / відновлюю дошлюбне прізвище __________];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дружина — [залишаю прізвище __________ / відновлюю дошлюбне прізвище __________].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Відомості про представника (за наявності): [П.І.Б., УНЗР, документ, що посвідчує особу; довіреність — дата, нотаріус, реєстровий № 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Особливості подання заяви (за наявності): [заяву того з подружжя, хто не може прийти особисто, засвідчено нотаріально — нотаріус __________, дата __________, реєстровий № ____; подає другий з подружжя / представник / надіслано поштою].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Нам відомо, що подання цієї заяви не є державною реєстрацією розірвання шлюбу: актовий запис складається після спливу одного місяця від дня її подання, якщо заяву не буде відкликано (частина друга статті 106 Сімейного кодексу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статтями 106, 113 Сімейного кодексу України, статтею 15 Закону України «Про державну реєстрацію актів цивільного стану»,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ПРОСИМО: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Прийняти цю заяву та провести державну реєстрацію розірвання нашого шлюбу в обрані дату і час.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Зазначити в актовому записі про розірвання шлюбу обрані кожним із нас прізвища.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Видати кожному з нас свідоцтво про розірвання шлюбу.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Паспорти громадянина України (інші документи, що посвідчують особу) — пред’являються.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Свідоцтво про шлюб — оригінал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Документ про сплату державного мита.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Витяг з реєстру територіальної громади про місце проживання — якщо адреси немає в паспорті.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Нотаріально засвідчена заява того з подружжя, хто не може прийти, і довіреність представника — за наявності.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Чоловік ________________ / [Прізвище та ініціали] /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Дружина 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Спільна заява до РАЦСу про розірвання шлюбу подружжя без дітей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2026-09-27T23:05:42Z</dcterms:created>
  <dcterms:modified xsi:type="dcterms:W3CDTF">2026-09-27T23:05:42Z</dcterms:modified>
  <cp:category/>
  <dc:language>uk-UA</dc:language>
</cp:coreProperties>
</file>