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0" w:line="276" w:lineRule="auto"/>
        <w:jc w:val="left"/>
      </w:pPr>
      <w:r>
        <w:rPr>
          <w:b w:val="0"/>
          <w:i/>
          <w:color w:val="6A6A6A"/>
          <w:sz w:val="20"/>
        </w:rPr>
        <w:t>Зразок від БФ «Не словом, а дією» (neslovomadilom.com), редакція від 27.09.2026. Заповніть поля в квадратних дужках і прочерки, а цей абзац видаліть перед поданням. Сумніваєтесь у підставі чи строку — перша консультація по телефону безкоштовна: +380 73 051 50 77.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До [найменування суду, який видав судовий наказ]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адреса: [адреса суду]</w:t>
      </w:r>
    </w:p>
    <w:p>
      <w:pPr>
        <w:spacing w:before="0" w:after="0" w:line="276" w:lineRule="auto"/>
      </w:pP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Боржник: [прізвище, ім’я, по батькові]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місце проживання (перебування): [адреса]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РНОКПП: [номер] (якщо немає — серія і номер паспорта)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телефон: [номер], e-mail: [адреса]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електронний кабінет: [зареєстрований / не зареєстрований]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Представник боржника (якщо заяву подає представник): [прізвище, ім’я, по батькові], місце проживання або місцезнаходження: [адреса]</w:t>
      </w:r>
    </w:p>
    <w:p>
      <w:pPr>
        <w:spacing w:before="0" w:after="0" w:line="276" w:lineRule="auto"/>
      </w:pP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Стягувач (заявник у наказному провадженні): [повне найменування]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місцезнаходження: [адреса]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код ЄДРПОУ: [номер]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електронний кабінет: [наявний / відсутній / невідомо]</w:t>
      </w:r>
    </w:p>
    <w:p>
      <w:pPr>
        <w:spacing w:before="0" w:after="0" w:line="276" w:lineRule="auto"/>
      </w:pP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Справа № [номер]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Судовий наказ від [дата]</w:t>
      </w:r>
    </w:p>
    <w:p>
      <w:pPr>
        <w:spacing w:before="0" w:after="0" w:line="276" w:lineRule="auto"/>
      </w:pPr>
    </w:p>
    <w:p>
      <w:pPr>
        <w:spacing w:before="0" w:after="0" w:line="276" w:lineRule="auto"/>
      </w:pPr>
    </w:p>
    <w:p>
      <w:pPr>
        <w:keepNext/>
        <w:spacing w:before="280" w:after="0" w:line="276" w:lineRule="auto"/>
        <w:jc w:val="center"/>
      </w:pPr>
      <w:r>
        <w:rPr>
          <w:b/>
          <w:i w:val="0"/>
          <w:sz w:val="28"/>
        </w:rPr>
        <w:t>ЗАЯВА</w:t>
      </w:r>
    </w:p>
    <w:p>
      <w:pPr>
        <w:keepNext/>
        <w:spacing w:before="0" w:after="240" w:line="276" w:lineRule="auto"/>
        <w:jc w:val="center"/>
      </w:pPr>
      <w:r>
        <w:rPr>
          <w:b/>
          <w:i w:val="0"/>
          <w:sz w:val="28"/>
        </w:rPr>
        <w:t>про скасування судового наказу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[Дата] [найменування суду] у справі № [номер] видав судовий наказ про стягнення з мене на користь [найменування стягувача] заборгованості за [житлово-комунальні послуги / електронні комунікаційні послуги / інше — як у наказі] за період з [дата] по [дата] у сумі [сума] грн, [інфляційних втрат і 3 % річних у сумі [сума] грн,] а також судового збору в сумі [сума] грн.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Копію судового наказу з доданими документами я отримав(ла) [дата] [поштою / в електронному кабінеті / під розписку]. П’ятнадцятиденний строк, встановлений ч. 1 ст. 170 ЦПК України, не пропущено.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[Якщо строк пропущено, замість попереднього речення: «Строк пропущено з поважних причин, клопотання про його поновлення додаю».]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Наказ видано без судового засідання і без мого повідомлення; обґрунтованість вимог стягувача суд у наказному провадженні по суті не розглядав. Вимоги стягувача вважаю [повністю / частково — у сумі [сума] грн] необґрунтованими, оскільки (залишити потрібне):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— заборгованість у заявленому розмірі відсутня: за [період] сплачено [сума] грн, що підтверджують квитанції;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— нарахування не відповідають показанням засобу обліку (лічильника) № [номер];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— у період з [дата] по [дата] послуга не надавалася або надавалася неналежної якості;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— частину вимог заявлено за період, щодо якого сплила позовна давність (ст. 257 ЦК України);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— у зазначений період я не був(ла) споживачем послуги за адресою [адреса];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— інше: [коротко].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Між мною і стягувачем існує спір про право, який може бути вирішений лише в позовному провадженні.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[Якщо кошти вже стягнуто: на виконання наказу [дата] з мене стягнуто [сума] грн, що підтверджує [виписка банку / постанова виконавця]. Прошу вирішити питання про поворот виконання (ч. 3 ст. 171, ст. 444 ЦПК України).]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Керуючись статтями 170, 171 ЦПК України, —</w:t>
      </w:r>
    </w:p>
    <w:p>
      <w:pPr>
        <w:keepNext/>
        <w:spacing w:before="160" w:after="80" w:line="276" w:lineRule="auto"/>
        <w:jc w:val="center"/>
      </w:pPr>
      <w:r>
        <w:rPr>
          <w:b/>
          <w:i w:val="0"/>
          <w:sz w:val="28"/>
        </w:rPr>
        <w:t>ПРОШУ: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1. Скасувати судовий наказ [найменування суду] від [дата] у справі № [номер] про стягнення з [П.І.Б. боржника] на користь [найменування стягувача] [сума] грн.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2. [За потреби] Поновити строк на подання заяви про скасування судового наказу.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3. [За потреби] Вирішити питання про поворот виконання судового наказу і стягнути зі стягувача на мою користь [сума] грн.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4. Копію ухвали надіслати [до мого електронного кабінету / на адресу: [адреса]].</w:t>
      </w:r>
    </w:p>
    <w:p>
      <w:pPr>
        <w:spacing w:before="0" w:after="80" w:line="276" w:lineRule="auto"/>
        <w:ind w:firstLine="709"/>
        <w:jc w:val="both"/>
      </w:pPr>
      <w:r>
        <w:rPr>
          <w:b/>
          <w:i w:val="0"/>
          <w:sz w:val="28"/>
        </w:rPr>
        <w:t>Додатки: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1. Документ про сплату судового збору — на ___ арк.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2. Копія судового наказу — на ___ арк.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3. Документи на підтвердження заперечень (квитанції, показання лічильника, акти) — на ___ арк.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4. Клопотання про поновлення строку з доказами поважності причин (за потреби) — на ___ арк.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5. Виписка банку або постанова виконавця про стягнення (за потреби) — на ___ арк.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6. Довіреність або ордер адвоката (якщо подає представник) — на ___ арк.</w:t>
      </w:r>
    </w:p>
    <w:p>
      <w:pPr>
        <w:spacing w:before="200" w:after="0" w:line="276" w:lineRule="auto"/>
        <w:jc w:val="left"/>
      </w:pPr>
      <w:r>
        <w:rPr>
          <w:b w:val="0"/>
          <w:i w:val="0"/>
          <w:sz w:val="28"/>
        </w:rPr>
        <w:t>«___» _____________ 20___ року</w:t>
      </w:r>
    </w:p>
    <w:p>
      <w:pPr>
        <w:spacing w:before="0" w:after="0" w:line="276" w:lineRule="auto"/>
        <w:jc w:val="left"/>
      </w:pPr>
      <w:r>
        <w:rPr>
          <w:b w:val="0"/>
          <w:i w:val="0"/>
          <w:sz w:val="28"/>
        </w:rPr>
        <w:t>________________ / [Прізвище та ініціали] /</w:t>
      </w:r>
    </w:p>
    <w:p>
      <w:pPr>
        <w:spacing w:before="0" w:after="0" w:line="276" w:lineRule="auto"/>
        <w:jc w:val="left"/>
      </w:pPr>
      <w:r>
        <w:rPr>
          <w:b w:val="0"/>
          <w:i w:val="0"/>
          <w:sz w:val="28"/>
        </w:rPr>
        <w:t xml:space="preserve">                (підпис)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cs="Times New Roman" w:eastAsia="Times New Roman"/>
      <w:sz w:val="28"/>
      <w:lang w:val="uk-UA" w:eastAsia="uk-U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Заява про скасування судового наказу за ст. 170 ЦПК</dc:title>
  <dc:subject>Зразок документа</dc:subject>
  <dc:creator>БФ «Не словом, а дією»</dc:creator>
  <cp:keywords/>
  <dc:description>neslovomadilom.com</dc:description>
  <cp:lastModifiedBy>БФ «Не словом, а дією»</cp:lastModifiedBy>
  <cp:revision>1</cp:revision>
  <dcterms:created xsi:type="dcterms:W3CDTF">2026-09-28T04:19:00Z</dcterms:created>
  <dcterms:modified xsi:type="dcterms:W3CDTF">2026-09-28T04:19:00Z</dcterms:modified>
  <cp:category/>
  <dc:language>uk-UA</dc:language>
</cp:coreProperties>
</file>