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 (стягувач): [ПІБ]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(за відсутності — серія та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заявника: [ПІБ, адреса — якщо заяву подає представник]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Боржник: [повне найменування юридичної особи / ПІБ фізичної особи — підприємця]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 (місце проживання) за ЄДР: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інші відомості: [тел., e-mail — 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Сума вимоги: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видачу судового наказу про стягнення заборгованості за договором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Між мною та боржником укладено договір [позики / оренди / про надання послуг / купівлі-продажу] № [__] від [дата] у письмовій [електронній] формі (далі — Договір).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Договором я [передав(ла) кошти / надав(ла) послуги / передав(ла) майно — стисло, що виконано], а боржник зобов’язався сплатити [сума] грн у строк до [дата] (п. [__] Договору). [Якщо строк не визначено: [дата] я надіслав(ла) боржнику вимогу про оплату; семиденний строк за ч. 2 ст. 530 ЦК України сплив [дата].]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Свої зобов’язання я виконав(ла), що підтверджують [акт / накладна / платіжна інструкція]. Боржник [сплатив частково [сума] грн / не сплатив нічого]. Заборгованість станом на [дата] становить [сума] грн. [Претензію від [дата] залишено без відповіді.]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Зобов’язання має виконуватися належним чином (ст. 526 ЦК України). Боржник, який прострочив грошове зобов’язання, на вимогу кредитора сплачує борг з урахуванням індексу інфляції та три проценти річних (ч. 2 ст. 625 ЦК України). За розрахунком (додається) за період з [дата] по [дата]: інфляційні втрати — [сума] грн, 3 % річних — [сума] грн. [За договором позики чи кредиту ці суми за прострочення в період воєнного стану не нараховуються — п. 18 розділу «Прикінцеві та перехідні положення» ЦК України.]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Загальна сума вимоги — [сума] грн і не перевищує ста розмірів прожиткового мінімуму для працездатних осіб (у 2026 році — 332 800 грн). Вимогу заявлено до [юридичної особи / фізичної особи — підприємця] за договором, укладеним у письмовій формі, тому вона розглядається в наказному провадженні (п. 7 ч. 1 ст. 161 ЦПК України). Позовна давність не сплила. Боржник зареєстрований за адресою [__], що належить до територіальної юрисдикції цього суду (ст. 27 ЦПК України) [або: місце виконання Договору — [__] (ч. 8 ст. 28 ЦПК України)].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Докази: [Договір; акти / накладні / платіжні документи; претензія і доказ її надсилання; розрахунок заборгованості].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Реквізити мого рахунку: IBAN [UA__________], [банк / небанківський надавач платіжних послуг]. [Або: рахунку не маю; бажаний спосіб отримання коштів — [__].]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Судовий збір сплачено в сумі [332,80 / 266,24]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526, 530, 625 ЦК України, ст. 160–163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Видати судовий наказ про стягнення з [найменування / ПІБ боржника], [код ЄДРПОУ / РНОКПП], на мою користь заборгованості за Договором № [__] від [дата] у сумі [сума] грн, з них: основний борг — [сума] грн, інфляційні втрати — [сума] грн, 3 % річних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боржника на мою користь судовий збір у сумі [__] грн.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Договору № [__] від [дата] з додатками та додатковими угодами.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документів про виконання Договору: [акти / накладні / платіжні інструкції].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Розрахунок заборгованості, інфляційних втрат і 3 % річних.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претензії і доказ її надсилання [за наявності].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Документ, що підтверджує наявність рахунку [довідка або виписка банку].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Відомості з ЄДР щодо боржника.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[Довіреність / ордер представника.]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Примірник заяви з додатками для боржника (при поданні в паперовій формі).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заявника]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видачу судового наказу про стягнення заборгованості за договором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