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0" w:line="276" w:lineRule="auto"/>
        <w:jc w:val="left"/>
      </w:pPr>
      <w:r>
        <w:rPr>
          <w:b w:val="0"/>
          <w:i/>
          <w:color w:val="6A6A6A"/>
          <w:sz w:val="20"/>
        </w:rPr>
        <w:t>Зразок від БФ «Не словом, а дією» (neslovomadilom.com), редакція від 29.09.2026. Заповніть поля в квадратних дужках і прочерки, а цей абзац видаліть перед поданням. Сумніваєтесь у підставі чи строку — перша консультація по телефону безкоштовна: +380 73 051 50 77.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КОМУ: [повне найменування володільця персональних даних — МФО / банк / колекторська компанія / інтернет-магазин / сервіс розсилок / колишній роботодавець]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Код ЄДРПОУ: [__________]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Місцезнаходження: [адреса з ЄДР]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E-mail для звернень щодо персональних даних: [__________]</w:t>
      </w:r>
    </w:p>
    <w:p>
      <w:pPr>
        <w:spacing w:before="0" w:after="0" w:line="276" w:lineRule="auto"/>
      </w:pP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ВІД: [Прізвище, ім’я, по батькові]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Місце проживання: [повна адреса]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Адреса для відповіді: [поштова адреса та/або e-mail]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Дані для пошуку в базі: [номер телефону / e-mail / номер договору чи облікового запису]</w:t>
      </w:r>
    </w:p>
    <w:p>
      <w:pPr>
        <w:spacing w:before="0" w:after="0" w:line="276" w:lineRule="auto"/>
      </w:pPr>
    </w:p>
    <w:p>
      <w:pPr>
        <w:spacing w:before="0" w:after="0" w:line="276" w:lineRule="auto"/>
      </w:pPr>
    </w:p>
    <w:p>
      <w:pPr>
        <w:keepNext/>
        <w:spacing w:before="280" w:after="0" w:line="276" w:lineRule="auto"/>
        <w:jc w:val="center"/>
      </w:pPr>
      <w:r>
        <w:rPr>
          <w:b/>
          <w:i w:val="0"/>
          <w:sz w:val="28"/>
        </w:rPr>
        <w:t>ЗАЯВА</w:t>
      </w:r>
    </w:p>
    <w:p>
      <w:pPr>
        <w:keepNext/>
        <w:spacing w:before="0" w:after="240" w:line="276" w:lineRule="auto"/>
        <w:jc w:val="center"/>
      </w:pPr>
      <w:r>
        <w:rPr>
          <w:b/>
          <w:i w:val="0"/>
          <w:sz w:val="28"/>
        </w:rPr>
        <w:t>про відкликання згоди на обробку персональних даних і їх видалення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Я, [П.І.Б.], є суб’єктом персональних даних, які обробляє [найменування володільця]. Згоду на обробку я надав(ла) [дата і спосіб: реєстрація на сайті / у застосунку ___, анкета, договір № ___ від ___].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Відповідно до пункту 11 частини другої статті 8 Закону України «Про захист персональних даних» № 2297-VI відкликаю згоду на обробку моїх персональних даних [у повному обсязі / для мети: рекламні дзвінки, SMS і розсилки, передача третім особам, ___]. Згідно з пунктом 2.15 Типового порядку обробки персональних даних, затвердженого наказом Уповноваженого Верховної Ради України з прав людини від 08.01.2014 № 1/02-14, з моменту відкликання згоди володілець зобов’язаний припинити обробку, якщо згода є єдиною її підставою.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[Залишити потрібне:]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— Правовідносини між нами припинені [дата: закриття облікового запису / повне погашення кредиту / розірвання договору / звільнення]. За пунктом 2 частини другої статті 15 Закону персональні дані підлягають видаленню або знищенню у разі припинення правовідносин, якщо інше не передбачено законом.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— Я не є стороною договору про споживчий кредит [№ ___, позичальник ___], згоди на обробку моїх персональних даних кредитодавцю, новому кредитору чи колекторській компанії не надавав(ла) [або: відкликаю надану] і забороняю таку обробку. Частина четверта статті 25 Закону України «Про споживче кредитування» № 1734-VIII забороняє їм обробляти персональні дані третіх осіб, які не надали на це згоди.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— Мої дані [які саме] не відповідають дійсності, правильно: [___]. Прошу невідкладно їх змінити (частини перша і третя статті 20 Закону).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Якщо ви вважаєте, що маєте іншу підставу для обробки моїх даних зі статті 11 Закону, прошу письмово зазначити цю підставу, склад даних, які продовжуєте обробляти, мету і строк їх зберігання.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На підставі викладеного, керуючись статтями 8, 11, 15, 20, 21 Закону України «Про захист персональних даних», —</w:t>
      </w:r>
    </w:p>
    <w:p>
      <w:pPr>
        <w:keepNext/>
        <w:spacing w:before="160" w:after="80" w:line="276" w:lineRule="auto"/>
        <w:jc w:val="center"/>
      </w:pPr>
      <w:r>
        <w:rPr>
          <w:b/>
          <w:i w:val="0"/>
          <w:sz w:val="28"/>
        </w:rPr>
        <w:t>ПРОШУ: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1. Припинити обробку моїх персональних даних, підставою для якої є лише моя згода, зокрема дзвінки, SMS, e-mail і повідомлення в месенджерах з метою [___].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2. Видалити або знищити мої персональні дані з бази [назва сервісу чи бази] у спосіб, що виключає їх поновлення (пункт 2.16 Типового порядку), крім даних, обробка яких прямо передбачена законом чи чинним договором.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3. Припинити передачу моїх персональних даних третім особам.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4. Розглянути заяву протягом 10 днів з моменту отримання (пункт 2.12 Типового порядку), а про видалення протягом 10 робочих днів письмово повідомити мене та осіб, яким ці дані передавалися (частина третя статті 21 Закону), [поштою / на e-mail].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У разі невмотивованої відмови, мовчання або продовження обробки звернуся зі скаргою до Уповноваженого Верховної Ради України з прав людини або до суду (пункт 8 частини другої статті 8 Закону).</w:t>
      </w:r>
    </w:p>
    <w:p>
      <w:pPr>
        <w:spacing w:before="0" w:after="80" w:line="276" w:lineRule="auto"/>
        <w:ind w:firstLine="709"/>
        <w:jc w:val="both"/>
      </w:pPr>
      <w:r>
        <w:rPr>
          <w:b/>
          <w:i w:val="0"/>
          <w:sz w:val="28"/>
        </w:rPr>
        <w:t>Додатки: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1. Копія договору, скриншот облікового запису або наданої згоди — на ___ арк. (за наявності).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2. Докази дзвінків чи розсилок: скриншоти, перелік дат і номерів — на ___ арк. (за наявності).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3. Документ про припинення правовідносин (довідка про погашення, підтвердження закриття облікового запису) — на ___ арк. (за наявності).</w:t>
      </w:r>
    </w:p>
    <w:p>
      <w:pPr>
        <w:spacing w:before="200" w:after="0" w:line="276" w:lineRule="auto"/>
        <w:jc w:val="left"/>
      </w:pPr>
      <w:r>
        <w:rPr>
          <w:b w:val="0"/>
          <w:i w:val="0"/>
          <w:sz w:val="28"/>
        </w:rPr>
        <w:t>«___» _____________ 20___ року</w:t>
      </w:r>
    </w:p>
    <w:p>
      <w:pPr>
        <w:spacing w:before="0" w:after="0" w:line="276" w:lineRule="auto"/>
        <w:jc w:val="left"/>
      </w:pPr>
      <w:r>
        <w:rPr>
          <w:b w:val="0"/>
          <w:i w:val="0"/>
          <w:sz w:val="28"/>
        </w:rPr>
        <w:t>________________ / [Прізвище та ініціали] /</w:t>
      </w:r>
    </w:p>
    <w:p>
      <w:pPr>
        <w:spacing w:before="0" w:after="0" w:line="276" w:lineRule="auto"/>
        <w:jc w:val="left"/>
      </w:pPr>
      <w:r>
        <w:rPr>
          <w:b w:val="0"/>
          <w:i w:val="0"/>
          <w:sz w:val="28"/>
        </w:rPr>
        <w:t xml:space="preserve">                (підпис)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cs="Times New Roman" w:eastAsia="Times New Roman"/>
      <w:sz w:val="28"/>
      <w:lang w:val="uk-UA" w:eastAsia="uk-UA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Заява про відкликання згоди на обробку персональних даних і видалення з бази</dc:title>
  <dc:subject>Зразок документа</dc:subject>
  <dc:creator>БФ «Не словом, а дією»</dc:creator>
  <cp:keywords/>
  <dc:description>neslovomadilom.com</dc:description>
  <cp:lastModifiedBy>БФ «Не словом, а дією»</cp:lastModifiedBy>
  <cp:revision>1</cp:revision>
  <dcterms:created xsi:type="dcterms:W3CDTF">2026-09-29T17:53:40Z</dcterms:created>
  <dcterms:modified xsi:type="dcterms:W3CDTF">2026-09-29T17:53:40Z</dcterms:modified>
  <cp:category/>
  <dc:language>uk-UA</dc:language>
</cp:coreProperties>
</file>