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[ПІБ матері дитини / іншої особи з ч. 3 ст. 128 СК України]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[ПІБ]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або паспорт: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відомі]; 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вимога немайнового характеру; за вимогою про аліменти — [сума виплат за 6 місяців] грн (п. 3 ч. 1 ст. 176 ЦПК України)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визнання батьківства [та стягнення аліментів]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я народила [сина / доньку] [ПІБ дитини], що підтверджує свідоцтво про народження серії [__] № [__] (актовий запис № [__] від [дата], [орган ДРАЦС]).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шлюбі з відповідачем я не перебувала. Подати спільну заяву про визнання батьківства (ст. 126 СК України) відповідач відмовився, тому відомості про батька внесено за моєю вказівкою відповідно до ч. 1 ст. 135 СК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Батьком дитини є відповідач. Це підтверджують: [спільне проживання з __ по __; листування, де відповідач визнає дитину; фото; перекази коштів; показання свідків]. Остаточно походження дитини може встановити лише молекулярно-генетична експертиза, провести яку без ухвали суду неможливо через відмову відповідача.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потреби: відповідач дитину не утримує; його дохід — [відомості]. Розмір аліментів має бути не меншим за 50 % прожиткового мінімуму для дитини відповідного віку (ч. 2 ст. 182 СК України).]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[дата] я запропонувала відповідачу подати спільну заяву до ДРАЦС — [відмова / відповіді немає]. Заходи забезпечення доказів чи позову не вживалися. Оригінали доказів — у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Орієнтовні судові витрати: судовий збір [1331,20 / 1064,96] грн (за вимогою про аліменти від сплати звільнена на підставі п. 3 ч. 1 ст. 5 Закону України «Про судовий збір»), експертиза — [__] грн, правнича допомога — [__]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потреби: Позов пред’являю за своїм зареєстрованим місцем [проживання / перебування] (ч. 1 ст. 28 ЦПК України).]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іншого позову до відповідача з тим самим предметом і з тих самих підстав я не подавала.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128, 135, 180–184, 191 СК України, ст. 27, 28, 103, 175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Визнати [ПІБ відповідача], [дата] р. н., батьком дитини [ПІБ], [дата] р. 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Зазначити в рішенні, що воно є підставою для внесення змін до актового запису про народження № [__] від [дата]: виключення відомостей про батька, внесених за ч. 1 ст. 135 СК України, і зазначення батьком дитини [ПІБ відповідача].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[За потреби] Стягнути з відповідача аліменти на дитину в розмірі [__ частки заробітку (доходу) / __ грн щомісяця], але не менше 50 % прожиткового мінімуму для дитини відповідного віку, з дня пред’явлення позову до її повноліття. Реквізити рахунку: [IBAN, банк] (якщо рахунку немає — зазначте це і бажаний спосіб отримання коштів).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Призначити судову молекулярно-генетичну експертизу з питанням: «Чи є [ПІБ відповідача] біологічним батьком дитини [ПІБ], [дата] р. н.?». Проведення доручити [експертна установа], оплату покласти на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Викликати свідків: [ПІБ, адреса, які обставини підтвердять].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позову з додатками для відповідача (або доказ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свідоцтва про народження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Витяг з Державного реєстру актів цивільного стану громадян щодо запису про батька.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Копії паспорта і РНОКПП позивача.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Докази походження дитини: [перелік].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[Для аліментів: відомості про доходи відповідача; документ про наявність рахунку.]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Документ про сплату судового збору [або про підставу звільнення].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[Довіреність / ордер представника.]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[ПІБ позивача]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встановлення батьківства в судовому порядку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2026-09-27T23:05:41Z</dcterms:created>
  <dcterms:modified xsi:type="dcterms:W3CDTF">2026-09-27T23:05:41Z</dcterms:modified>
  <cp:category/>
  <dc:language>uk-UA</dc:language>
</cp:coreProperties>
</file>