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27.09.2026.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Кому: [державному / приватному] виконавцю [П.І.Б.]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[найменування відділу державної виконавчої служби / виконавчий округ приватного виконавця]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адреса: [________________]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Від: боржника [прізвище, ім’я, по батькові]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дата народження: [ДД.ММ.РРРР]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РНОКПП: [_______________]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адреса для листування: [________________]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тел.: [+380 __ ___ __ __], e-mail: [_______________]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представник (за наявності): [П.І.Б., ордер / довіреність № ___]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Виконавче провадження № [_______________]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ідентифікатор доступу до автоматизованої системи виконавчого провадження (за наявності): [_______________]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стягувач: [П.І.Б. / найменування]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виконавчий документ: [вид, ким виданий, дата, номер]</w:t>
      </w:r>
    </w:p>
    <w:p>
      <w:pPr>
        <w:spacing w:before="0" w:after="0" w:line="276" w:lineRule="auto"/>
      </w:pP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ЗАЯВА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про зупинення вчинення виконавчих дій у зв’язку з проходженням військової служби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Я є боржником у виконавчому провадженні № [_______], відкритому постановою від «___» ________ 20__ р. на підставі [виконавчий документ].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З «___» ________ 20__ р. я проходжу військову службу [за призовом під час мобілізації, на особливий період / строкову / за призовом осіб офіцерського складу / за призовом осіб із числа резервістів в особливий період / за контрактом із виконанням бойових завдань у бойовій обстановці] у військовій частині [А____], що підтверджується довідкою від «___» ________ 20__ р. № [___].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Згідно з умовами служби проведення виконавчих дій у цьому провадженні неможливе, оскільки: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[я виконую бойові завдання у бойовій обстановці, що підтверджує документ: ___________];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я не можу з’явитися на виклик виконавця, подати декларацію про доходи та майно, надати пояснення, бути присутнім під час опису й арешту майна чи інших виконавчих дій;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[інші обставини: тривала відсутність зв’язку, неможливість отримувати кореспонденцію тощо].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[Не зазначайте місце дислокації підрозділу та інші відомості, що не підлягають розголошенню.]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Відповідно до п. 1 ч. 1 ст. 34 Закону України «Про виконавче провадження» № 1404-VIII виконавець зупиняє вчинення виконавчих дій у разі проходження боржником зазначених видів військової служби, якщо згідно з умовами служби проведення виконавчих дій неможливе. За ч. 2 ст. 34 цього Закону виконавець робить це не пізніше наступного робочого дня, коли йому стало відомо про такі обставини, і виносить постанову. За ч. 1 ст. 35 зупинення триває до закінчення строку дії цих обставин.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[Якщо у провадженні звертається стягнення на ваше єдине житло:] Я належу до захищеної категорії за п. 10-13 розділу XIII «Прикінцеві та перехідні положення» Закону № 1404-VIII: проходжу військову службу на території України, житло за адресою [________________] є моїм єдиним житлом.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Керуючись ст. 19, 34, 35 та п. 10-13 розділу XIII Закону України «Про виконавче провадження»,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ПРОШУ: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Зупинити вчинення виконавчих дій у виконавчому провадженні № [_______] на час проходження мною військової служби.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Винести постанову про зупинення вчинення виконавчих дій і надіслати її мені за адресою для листування та на електронну пошту.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[За потреби] Зупинити звернення стягнення на моє єдине житло за адресою [________________].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У разі відмови повідомити мене письмово з обґрунтуванням підстав.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Довідка військової частини про проходження військової служби (вид служби, дата початку)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Документ про умови служби: витяг з наказу або довідка командира про виконання бойових завдань (за можливості)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Копія військового квитка або посвідчення особи військовослужбовця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[За потреби] Витяг з Державного реєстру речових прав на нерухоме майно щодо єдиного житла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Копія ордера адвоката або довіреності (якщо подає представник) — на ___ арк.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>________________ / [Прізвище та ініціали] /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 xml:space="preserve">                (підпис)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Заява про зупинення виконавчого провадження для військових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2026-09-28T04:19:00Z</dcterms:created>
  <dcterms:modified xsi:type="dcterms:W3CDTF">2026-09-28T04:19:00Z</dcterms:modified>
  <cp:category/>
  <dc:language>uk-UA</dc:language>
</cp:coreProperties>
</file>