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Клопотання про зміну запобіжного заходу</w:t>
      </w:r>
    </w:p>
    <w:p>
      <w:r>
        <w:t>КОМУ: До _____________________________ районного суду м./області ___________________</w:t>
      </w:r>
    </w:p>
    <w:p>
      <w:r>
        <w:t>(місцевий суд, у межах територіальної юрисдикції якого здійснюється досудове розслідування)</w:t>
      </w:r>
    </w:p>
    <w:p/>
    <w:p>
      <w:r>
        <w:t>ВІД: підозрюваного / обвинуваченого</w:t>
      </w:r>
    </w:p>
    <w:p>
      <w:r>
        <w:t>_________________________________________________ (П.І.Б.)</w:t>
      </w:r>
    </w:p>
    <w:p>
      <w:r>
        <w:t>місце проживання: ________________________________</w:t>
      </w:r>
    </w:p>
    <w:p>
      <w:r>
        <w:t>місце фактичного перебування (СІЗО): ____________________</w:t>
      </w:r>
    </w:p>
    <w:p>
      <w:r>
        <w:t>контактний телефон: ______________________________</w:t>
      </w:r>
    </w:p>
    <w:p>
      <w:r>
        <w:t>через захисника — адвоката __________________________________ (свідоцтво № ____ від __________)</w:t>
      </w:r>
    </w:p>
    <w:p/>
    <w:p>
      <w:r>
        <w:t>У межах кримінального провадження № __________________________________</w:t>
      </w:r>
    </w:p>
    <w:p>
      <w:r>
        <w:t>внесеного до ЄРДР «___» __________ 20__ р., за ч. ___ ст. ___ КК України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КЛОПОТАННЯ</w:t>
      </w:r>
    </w:p>
    <w:p>
      <w:r>
        <w:t>про зміну запобіжного заходу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Ухвалою слідчого судді ___________________________ районного суду від «___» ______ 20__ р. (справа № __________) щодо мене обрано запобіжний захід у вигляді тримання під вартою строком до «___» ______ 20__ р.</w:t>
      </w:r>
    </w:p>
    <w:p/>
    <w:p>
      <w:r>
        <w:t>МОТИВУВАЛЬНА ЧАСТИНА</w:t>
      </w:r>
    </w:p>
    <w:p/>
    <w:p>
      <w:r>
        <w:t>Відповідно до ст. 201 КПК України, підозрюваний, обвинувачений, до яких застосовано запобіжний захід, їх захисник мають право подати клопотання про зміну запобіжного заходу.</w:t>
      </w:r>
    </w:p>
    <w:p/>
    <w:p>
      <w:r>
        <w:t>Згідно з ч. 3 ст. 176 КПК України, найбільш м'якими запобіжними заходами є особисте зобов'язання, особиста порука, домашній арешт, застава. Тримання під вартою — найсуворіший захід і застосовується виключно у разі, якщо жоден з більш м'яких не зможе запобігти ризикам, передбаченим у ст. 177 КПК України.</w:t>
      </w:r>
    </w:p>
    <w:p/>
    <w:p>
      <w:r>
        <w:t>Відтоді, як було обрано запобіжний захід, обставини суттєво змінилися:</w:t>
      </w:r>
    </w:p>
    <w:p>
      <w:r>
        <w:t>1. ___________________________________________________________________________</w:t>
      </w:r>
    </w:p>
    <w:p>
      <w:r>
        <w:t xml:space="preserve">   (напр.: зібрано основні докази у справі, у переховуванні від слідства відпала потреба)</w:t>
      </w:r>
    </w:p>
    <w:p>
      <w:r>
        <w:t>2. ___________________________________________________________________________</w:t>
      </w:r>
    </w:p>
    <w:p>
      <w:r>
        <w:t xml:space="preserve">   (напр.: стан здоров'я погіршився, що підтверджено медичним висновком від __________)</w:t>
      </w:r>
    </w:p>
    <w:p>
      <w:r>
        <w:t>3. ___________________________________________________________________________</w:t>
      </w:r>
    </w:p>
    <w:p>
      <w:r>
        <w:t xml:space="preserve">   (напр.: маю постійне місце проживання, на утриманні неповнолітніх дітей _____)</w:t>
      </w:r>
    </w:p>
    <w:p/>
    <w:p>
      <w:r>
        <w:t>ПРОСИЛЬНА ЧАСТИНА</w:t>
      </w:r>
    </w:p>
    <w:p/>
    <w:p>
      <w:r>
        <w:t>На підставі викладеного, керуючись ст. 201, 202, ч. 3 ст. 176, ст. 177 КПК України, прошу:</w:t>
      </w:r>
    </w:p>
    <w:p/>
    <w:p>
      <w:r>
        <w:t>1. Змінити обраний щодо мене запобіжний захід з тримання під вартою на ___________________ (домашній арешт цілодобовий/нічний / заставу в розмірі _______ грн / особисте зобов'язання).</w:t>
      </w:r>
    </w:p>
    <w:p>
      <w:r>
        <w:t>2. Покласти на мене додаткові обов'язки, передбачені ч. 5 ст. 194 КПК (за необхідності): ____________________.</w:t>
      </w:r>
    </w:p>
    <w:p/>
    <w:p>
      <w:r>
        <w:t>Додатки:</w:t>
      </w:r>
    </w:p>
    <w:p>
      <w:r>
        <w:t>— копія ухвали слідчого судді про обрання запобіжного заходу;</w:t>
      </w:r>
    </w:p>
    <w:p>
      <w:r>
        <w:t>— копія паспорта підозрюваного;</w:t>
      </w:r>
    </w:p>
    <w:p>
      <w:r>
        <w:t>— довідка про склад сім'ї / про утримання неповнолітніх;</w:t>
      </w:r>
    </w:p>
    <w:p>
      <w:r>
        <w:t>— медичні документи (за наявності);</w:t>
      </w:r>
    </w:p>
    <w:p>
      <w:r>
        <w:t>— характеристика з місця проживання/роботи;</w:t>
      </w:r>
    </w:p>
    <w:p>
      <w:r>
        <w:t>— копія ордера/договору про надання правової допомоги.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