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Скарга на рішення, дії чи бездіяльність слідчого (прокурора)</w:t>
      </w:r>
    </w:p>
    <w:p>
      <w:r>
        <w:t>КОМУ: До _____________________________ районного суду м./області ___________________</w:t>
      </w:r>
    </w:p>
    <w:p/>
    <w:p>
      <w:r>
        <w:t>СКАРЖНИК: _________________________________________________ (П.І.Б.; процесуальний статус: підозрюваний / потерпілий / заявник)</w:t>
      </w:r>
    </w:p>
    <w:p>
      <w:r>
        <w:t>місце проживання: ________________________________</w:t>
      </w:r>
    </w:p>
    <w:p>
      <w:r>
        <w:t>контактний телефон: ______________________________</w:t>
      </w:r>
    </w:p>
    <w:p>
      <w:r>
        <w:t>через захисника — адвоката __________________________________ (свідоцтво № ____)</w:t>
      </w:r>
    </w:p>
    <w:p/>
    <w:p>
      <w:r>
        <w:t>ОСОБА, рішення/дії/бездіяльність якої оскаржуються:</w:t>
      </w:r>
    </w:p>
    <w:p>
      <w:r>
        <w:t>_________________________________________________ (посада, П.І.Б., орган)</w:t>
      </w:r>
    </w:p>
    <w:p/>
    <w:p>
      <w:r>
        <w:t>У межах кримінального провадження № __________________________________</w:t>
      </w:r>
    </w:p>
    <w:p/>
    <w:p>
      <w:r>
        <w:t>──────────────────────────────────────────────────────────</w:t>
      </w:r>
    </w:p>
    <w:p>
      <w:r>
        <w:t>СКАРГА</w:t>
      </w:r>
    </w:p>
    <w:p>
      <w:r>
        <w:t>на рішення / дії / бездіяльність слідчого (прокурора)</w:t>
      </w:r>
    </w:p>
    <w:p>
      <w:r>
        <w:t>──────────────────────────────────────────────────────────</w:t>
      </w:r>
    </w:p>
    <w:p/>
    <w:p>
      <w:r>
        <w:t>ОБСТАВИНИ</w:t>
      </w:r>
    </w:p>
    <w:p/>
    <w:p>
      <w:r>
        <w:t>«___» ______ 20__ р. _________________________ (посада, П.І.Б.) прийняв(ла) / вчинив(ла) / не вчинив(ла):</w:t>
      </w:r>
    </w:p>
    <w:p>
      <w:r>
        <w:t>___________________________________________________________________________</w:t>
      </w:r>
    </w:p>
    <w:p>
      <w:r>
        <w:t>(напр.: бездіяльність, що полягає у невнесенні відомостей до ЄРДР; постанова про закриття провадження; відмова у визнанні потерпілим)</w:t>
      </w:r>
    </w:p>
    <w:p/>
    <w:p>
      <w:r>
        <w:t>Зазначене рішення / дії / бездіяльність порушує мої права та законні інтереси, а саме: ___________________________________________________________________________.</w:t>
      </w:r>
    </w:p>
    <w:p/>
    <w:p>
      <w:r>
        <w:t>МОТИВУВАЛЬНА ЧАСТИНА</w:t>
      </w:r>
    </w:p>
    <w:p/>
    <w:p>
      <w:r>
        <w:t>Відповідно до ч. 1 ст. 303 КПК України на досудовому провадженні можуть бути оскаржені рішення, дії чи бездіяльність слідчого/прокурора, зокрема: бездіяльність щодо невнесення до ЄРДР (п. 1); постанова про зупинення (п. 2); постанова про закриття (п. 3); відмова у визнанні потерпілим (п. 4).</w:t>
      </w:r>
    </w:p>
    <w:p/>
    <w:p>
      <w:r>
        <w:t>Згідно з ч. 1 ст. 304 КПК скарги подаються протягом ДЕСЯТИ ДНІВ з моменту прийняття рішення, вчинення дії або бездіяльності.</w:t>
      </w:r>
    </w:p>
    <w:p/>
    <w:p>
      <w:r>
        <w:t>Підстави незаконності:</w:t>
      </w:r>
    </w:p>
    <w:p>
      <w:r>
        <w:t>1. ___________________________________________________________________________</w:t>
      </w:r>
    </w:p>
    <w:p>
      <w:r>
        <w:t>2. ___________________________________________________________________________</w:t>
      </w:r>
    </w:p>
    <w:p/>
    <w:p>
      <w:r>
        <w:t>ПРОСИЛЬНА ЧАСТИНА</w:t>
      </w:r>
    </w:p>
    <w:p/>
    <w:p>
      <w:r>
        <w:t>Керуючись ст. 303, 304, 306, 307 КПК України, прошу:</w:t>
      </w:r>
    </w:p>
    <w:p/>
    <w:p>
      <w:r>
        <w:t>1. Скаргу задовольнити.</w:t>
      </w:r>
    </w:p>
    <w:p>
      <w:r>
        <w:t>2. Зобов'язати _________________________________ усунути порушення (внести відомості до ЄРДР / скасувати постанову / визнати потерпілим / повернути майно).</w:t>
      </w:r>
    </w:p>
    <w:p/>
    <w:p>
      <w:r>
        <w:t>Додатки:</w:t>
      </w:r>
    </w:p>
    <w:p>
      <w:r>
        <w:t>— копія заяви/документа підтвердження звернення;</w:t>
      </w:r>
    </w:p>
    <w:p>
      <w:r>
        <w:t>— копія оскаржуваної постанови (за наявності);</w:t>
      </w:r>
    </w:p>
    <w:p>
      <w:r>
        <w:t>— докази строку (поштові квитанції, витяг з ЄРДР);</w:t>
      </w:r>
    </w:p>
    <w:p>
      <w:r>
        <w:t>— копія ордера/договору.</w:t>
      </w:r>
    </w:p>
    <w:p/>
    <w:p>
      <w:r>
        <w:t>«___» __________ 20__ р.    Підпис ___________ / ___________________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