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Заява про вчинення кримінального правопорушення</w:t>
      </w:r>
    </w:p>
    <w:p>
      <w:r>
        <w:t>КОМУ: _________________________________________________ (відділ поліції / СБУ / ДБР / БЕБ / прокуратура — за підслідністю)</w:t>
      </w:r>
    </w:p>
    <w:p>
      <w:r>
        <w:t>адреса: ________________________________</w:t>
      </w:r>
    </w:p>
    <w:p/>
    <w:p>
      <w:r>
        <w:t>ВІД: _________________________________________________ (П.І.Б. заявника)</w:t>
      </w:r>
    </w:p>
    <w:p>
      <w:r>
        <w:t>дата народження: ________________________________</w:t>
      </w:r>
    </w:p>
    <w:p>
      <w:r>
        <w:t>місце проживання: ________________________________</w:t>
      </w:r>
    </w:p>
    <w:p>
      <w:r>
        <w:t>паспорт / ID-картка: серія ____ № __________ виданий __________</w:t>
      </w:r>
    </w:p>
    <w:p>
      <w:r>
        <w:t>РНОКПП: ________________________________</w:t>
      </w:r>
    </w:p>
    <w:p>
      <w:r>
        <w:t>контактний телефон: ______________________________</w:t>
      </w:r>
    </w:p>
    <w:p>
      <w:r>
        <w:t>електронна пошта: ________________________________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ЗАЯВА</w:t>
      </w:r>
    </w:p>
    <w:p>
      <w:r>
        <w:t>про вчинення кримінального правопорушення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ОБСТАВИНИ</w:t>
      </w:r>
    </w:p>
    <w:p/>
    <w:p>
      <w:r>
        <w:t>«___» ______ 20__ р. о ____ год. ____ хв. за адресою _________________________________ стосовно мене (моєї власності / членів моєї родини) вчинено такі дії:</w:t>
      </w:r>
    </w:p>
    <w:p>
      <w:r>
        <w:t>___________________________________________________________________________</w:t>
      </w:r>
    </w:p>
    <w:p>
      <w:r>
        <w:t>___________________________________________________________________________</w:t>
      </w:r>
    </w:p>
    <w:p>
      <w:r>
        <w:t>(детально опишіть подію: хто, що, коли, де, як; перелічіть свідків і докази)</w:t>
      </w:r>
    </w:p>
    <w:p/>
    <w:p>
      <w:r>
        <w:t>Внаслідок завдано:</w:t>
      </w:r>
    </w:p>
    <w:p>
      <w:r>
        <w:t>— матеріальної шкоди в розмірі ____________ грн (підтверджується ________);</w:t>
      </w:r>
    </w:p>
    <w:p>
      <w:r>
        <w:t>— моральної шкоди, що полягає в _____________________________________;</w:t>
      </w:r>
    </w:p>
    <w:p>
      <w:r>
        <w:t>— фізичних/тілесних ушкоджень _____________________________________ (медична довідка від __________).</w:t>
      </w:r>
    </w:p>
    <w:p/>
    <w:p>
      <w:r>
        <w:t>Особа, яка ймовірно вчинила правопорушення:</w:t>
      </w:r>
    </w:p>
    <w:p>
      <w:r>
        <w:t>___________________________________________________________________________</w:t>
      </w:r>
    </w:p>
    <w:p>
      <w:r>
        <w:t>(П.І.Б., прикмети, місце проживання — якщо відомо; або «невідомо»)</w:t>
      </w:r>
    </w:p>
    <w:p/>
    <w:p>
      <w:r>
        <w:t>Свідки:</w:t>
      </w:r>
    </w:p>
    <w:p>
      <w:r>
        <w:t>1. _______________________________________ (П.І.Б., телефон/адреса)</w:t>
      </w:r>
    </w:p>
    <w:p>
      <w:r>
        <w:t>2. _______________________________________</w:t>
      </w:r>
    </w:p>
    <w:p/>
    <w:p>
      <w:r>
        <w:t>Вважаю, що дії містять ознаки кримінального правопорушення, передбаченого ч. ___ ст. ___ КК України.</w:t>
      </w:r>
    </w:p>
    <w:p/>
    <w:p>
      <w:r>
        <w:t>МОТИВУВАЛЬНА ЧАСТИНА</w:t>
      </w:r>
    </w:p>
    <w:p/>
    <w:p>
      <w:r>
        <w:t>Відповідно до ч. 1 ст. 214 КПК України, слідчий, дізнавач, прокурор невідкладно, але не пізніше 24 годин після подання заяви, зобов'язаний внести відомості до ЄРДР, розпочати розслідування та через 24 години надати витяг з ЄРДР.</w:t>
      </w:r>
    </w:p>
    <w:p/>
    <w:p>
      <w:r>
        <w:t>Згідно зі ст. 60 КПК України, я як заявник маю право отримати від органу документ, що підтверджує її прийняття та реєстрацію.</w:t>
      </w:r>
    </w:p>
    <w:p/>
    <w:p>
      <w:r>
        <w:t>Про кримінальну відповідальність за ст. 383 КК України (неправдиве повідомлення) попереджений(а): ___________ (підпис).</w:t>
      </w:r>
    </w:p>
    <w:p/>
    <w:p>
      <w:r>
        <w:t>ПРОСИЛЬНА ЧАСТИНА</w:t>
      </w:r>
    </w:p>
    <w:p/>
    <w:p>
      <w:r>
        <w:t>Керуючись ст. 60, 214 КПК України, прошу:</w:t>
      </w:r>
    </w:p>
    <w:p/>
    <w:p>
      <w:r>
        <w:t>1. Внести відомості за цією заявою до ЄРДР.</w:t>
      </w:r>
    </w:p>
    <w:p>
      <w:r>
        <w:t>2. Розпочати досудове розслідування.</w:t>
      </w:r>
    </w:p>
    <w:p>
      <w:r>
        <w:t>3. Надати мені витяг з ЄРДР протягом 24 годин.</w:t>
      </w:r>
    </w:p>
    <w:p>
      <w:r>
        <w:t>4. Визнати мене потерпілим.</w:t>
      </w:r>
    </w:p>
    <w:p>
      <w:r>
        <w:t>5. Письмово повідомити про результати розгляду.</w:t>
      </w:r>
    </w:p>
    <w:p/>
    <w:p>
      <w:r>
        <w:t>Додатки:</w:t>
      </w:r>
    </w:p>
    <w:p>
      <w:r>
        <w:t>— копії документів-підтверджень (фото, скріншоти, чеки, договори, медичні довідки);</w:t>
      </w:r>
    </w:p>
    <w:p>
      <w:r>
        <w:t>— перелік свідків з контактами;</w:t>
      </w:r>
    </w:p>
    <w:p>
      <w:r>
        <w:t>— копія паспорта/ID заявника.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