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Клопотання про закриття кримінального провадження</w:t>
      </w:r>
    </w:p>
    <w:p>
      <w:r>
        <w:t>КОМУ: _________________________________________________ (слідчий / прокурор — П.І.Б., посада, орган)</w:t>
      </w:r>
    </w:p>
    <w:p>
      <w:r>
        <w:t>адреса: ________________________________</w:t>
      </w:r>
    </w:p>
    <w:p/>
    <w:p>
      <w:r>
        <w:t>ВІД: підозрюваного _________________________________________________ (П.І.Б.)</w:t>
      </w:r>
    </w:p>
    <w:p>
      <w:r>
        <w:t>місце проживання: ________________________________</w:t>
      </w:r>
    </w:p>
    <w:p>
      <w:r>
        <w:t>через захисника — адвоката __________________________________ (свідоцтво № ____)</w:t>
      </w:r>
    </w:p>
    <w:p/>
    <w:p>
      <w:r>
        <w:t>У межах кримінального провадження № __________________________________</w:t>
      </w:r>
    </w:p>
    <w:p>
      <w:r>
        <w:t>внесеного до ЄРДР «___» ______ 20__ р., за ч. ___ ст. ___ КК України</w:t>
      </w:r>
    </w:p>
    <w:p/>
    <w:p>
      <w:r>
        <w:t>──────────────────────────────────────────────────────────</w:t>
      </w:r>
    </w:p>
    <w:p>
      <w:r>
        <w:t>КЛОПОТАННЯ</w:t>
      </w:r>
    </w:p>
    <w:p>
      <w:r>
        <w:t>про закриття кримінального провадження</w:t>
      </w:r>
    </w:p>
    <w:p>
      <w:r>
        <w:t>──────────────────────────────────────────────────────────</w:t>
      </w:r>
    </w:p>
    <w:p/>
    <w:p>
      <w:r>
        <w:t>«___» ______ 20__ р. мені було вручено повідомлення про підозру у вчиненні кримінального правопорушення, передбаченого ч. ___ ст. ___ КК України.</w:t>
      </w:r>
    </w:p>
    <w:p/>
    <w:p>
      <w:r>
        <w:t>Аналіз матеріалів провадження свідчить про наявність підстав для його закриття, передбачених ч. 1 ст. 284 КПК України (вибрати потрібне):</w:t>
      </w:r>
    </w:p>
    <w:p/>
    <w:p>
      <w:r>
        <w:t>— п. 1 — встановлено відсутність події;</w:t>
      </w:r>
    </w:p>
    <w:p>
      <w:r>
        <w:t>— п. 2 — встановлено відсутність складу;</w:t>
      </w:r>
    </w:p>
    <w:p>
      <w:r>
        <w:t>— п. 3 — не встановлено достатніх доказів для доведення винуватості та вичерпано можливості їх отримати;</w:t>
      </w:r>
    </w:p>
    <w:p>
      <w:r>
        <w:t>— п. 4 — набрав чинності закон, яким скасовано кримінальну відповідальність;</w:t>
      </w:r>
    </w:p>
    <w:p>
      <w:r>
        <w:t>— п. 6 — існує вирок за тим самим обвинуваченням, що набрав законної сили;</w:t>
      </w:r>
    </w:p>
    <w:p>
      <w:r>
        <w:t>— п. 7 — потерпілий відмовився від обвинувачення у провадженні приватного обвинувачення;</w:t>
      </w:r>
    </w:p>
    <w:p>
      <w:r>
        <w:t>— п. 10 — закінчився строк досудового розслідування за ст. 219 КПК.</w:t>
      </w:r>
    </w:p>
    <w:p/>
    <w:p>
      <w:r>
        <w:t>Підстава для закриття підтверджується:</w:t>
      </w:r>
    </w:p>
    <w:p>
      <w:r>
        <w:t>1. ___________________________________________________________________________</w:t>
      </w:r>
    </w:p>
    <w:p>
      <w:r>
        <w:t>2. ___________________________________________________________________________</w:t>
      </w:r>
    </w:p>
    <w:p/>
    <w:p>
      <w:r>
        <w:t>Керуючись п. ___ ч. 1, ч. ___ ст. 284, ст. 220 КПК України, прошу:</w:t>
      </w:r>
    </w:p>
    <w:p/>
    <w:p>
      <w:r>
        <w:t>1. Закрити кримінальне провадження № __________ щодо ____________________ (П.І.Б.) на підставі п. ___ ч. 1 ст. 284 КПК.</w:t>
      </w:r>
    </w:p>
    <w:p>
      <w:r>
        <w:t>2. Скасувати запобіжний захід / арешт майна (за наявності).</w:t>
      </w:r>
    </w:p>
    <w:p>
      <w:r>
        <w:t>3. Повернути тимчасово вилучене майно __________ (за наявності).</w:t>
      </w:r>
    </w:p>
    <w:p>
      <w:r>
        <w:t>4. Розглянути клопотання у строк, визначений ст. 220 КПК (не пізніше трьох днів).</w:t>
      </w:r>
    </w:p>
    <w:p/>
    <w:p>
      <w:r>
        <w:t>Додатки:</w:t>
      </w:r>
    </w:p>
    <w:p>
      <w:r>
        <w:t>— копії документів-підстав закриття;</w:t>
      </w:r>
    </w:p>
    <w:p>
      <w:r>
        <w:t>— копія повідомлення про підозру;</w:t>
      </w:r>
    </w:p>
    <w:p>
      <w:r>
        <w:t>— копія ордера/договору.</w:t>
      </w:r>
    </w:p>
    <w:p/>
    <w:p>
      <w:r>
        <w:t>«___» __________ 20__ р.    Підпис ___________ / ___________________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