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t>Клопотання про повернення тимчасово вилученого майна</w:t>
      </w:r>
    </w:p>
    <w:p>
      <w:r>
        <w:t>КОМУ: _________________________________________________ (слідчий / прокурор — П.І.Б., посада, орган)</w:t>
      </w:r>
    </w:p>
    <w:p>
      <w:r>
        <w:t>адреса: ________________________________</w:t>
      </w:r>
    </w:p>
    <w:p/>
    <w:p>
      <w:r>
        <w:t>ВІД: _________________________________________________ (П.І.Б.)</w:t>
      </w:r>
    </w:p>
    <w:p>
      <w:r>
        <w:t>статус: ____________________ (власник / володілець / підозрюваний)</w:t>
      </w:r>
    </w:p>
    <w:p>
      <w:r>
        <w:t>місце проживання: ________________________________</w:t>
      </w:r>
    </w:p>
    <w:p>
      <w:r>
        <w:t>контактний телефон: ______________________________</w:t>
      </w:r>
    </w:p>
    <w:p>
      <w:r>
        <w:t>через захисника — адвоката __________________________________ (свідоцтво № ____)</w:t>
      </w:r>
    </w:p>
    <w:p/>
    <w:p>
      <w:r>
        <w:t>У межах кримінального провадження № __________________________________</w:t>
      </w:r>
    </w:p>
    <w:p/>
    <w:p>
      <w:r>
        <w:t>──────────────────────────────────────────────────────────</w:t>
      </w:r>
    </w:p>
    <w:p>
      <w:r>
        <w:t>КЛОПОТАННЯ</w:t>
      </w:r>
    </w:p>
    <w:p>
      <w:r>
        <w:t>про повернення тимчасово вилученого майна</w:t>
      </w:r>
    </w:p>
    <w:p>
      <w:r>
        <w:t>──────────────────────────────────────────────────────────</w:t>
      </w:r>
    </w:p>
    <w:p/>
    <w:p>
      <w:r>
        <w:t>«___» ______ 20__ р. під час ____________________ (обшуку / огляду / затримання) за адресою _________________________________ у мене було тимчасово вилучено:</w:t>
      </w:r>
    </w:p>
    <w:p>
      <w:r>
        <w:t>1. ____________________________________________________ (опис, дані, вартість)</w:t>
      </w:r>
    </w:p>
    <w:p>
      <w:r>
        <w:t>2. ____________________________________________________</w:t>
      </w:r>
    </w:p>
    <w:p>
      <w:r>
        <w:t>3. ____________________________________________________</w:t>
      </w:r>
    </w:p>
    <w:p/>
    <w:p>
      <w:r>
        <w:t>Факт вилучення підтверджується протоколом ____________________ від «___» ______ 20__ р.</w:t>
      </w:r>
    </w:p>
    <w:p/>
    <w:p>
      <w:r>
        <w:t>Право власності підтверджується: ___________________________________________________________________________ (договір купівлі-продажу, чек, реєстраційні документи).</w:t>
      </w:r>
    </w:p>
    <w:p/>
    <w:p>
      <w:r>
        <w:t>МОТИВУВАЛЬНА ЧАСТИНА</w:t>
      </w:r>
    </w:p>
    <w:p/>
    <w:p>
      <w:r>
        <w:t>Відповідно до ч. 5 ст. 171 КПК України, клопотання про арешт тимчасово вилученого майна повинно бути подано прокурором НЕ ПІЗНІШЕ НАСТУПНОГО РОБОЧОГО ДНЯ після вилучення, інакше майно негайно повертається.</w:t>
      </w:r>
    </w:p>
    <w:p/>
    <w:p>
      <w:r>
        <w:t>Згідно зі ст. 169 КПК України, тимчасово вилучене майно повертається за постановою прокурора (якщо вилучення безпідставне), за ухвалою суду (якщо відмовлено в арешті), у випадках ч. 5 ст. 171 та ч. 6 ст. 173 КПК, у разі скасування арешту.</w:t>
      </w:r>
    </w:p>
    <w:p/>
    <w:p>
      <w:r>
        <w:t>Станом на день подання:</w:t>
      </w:r>
    </w:p>
    <w:p>
      <w:r>
        <w:t>— клопотання про арешт НЕ ПОДАНО / ПОДАНО з пропуском строку (підтверджується __________);</w:t>
      </w:r>
    </w:p>
    <w:p>
      <w:r>
        <w:t>— АБО слідчий суддя відмовив у задоволенні клопотання ухвалою від «___» ______ 20__ р.;</w:t>
      </w:r>
    </w:p>
    <w:p>
      <w:r>
        <w:t>— АБО арешт скасовано ухвалою від «___» ______ 20__ р.</w:t>
      </w:r>
    </w:p>
    <w:p/>
    <w:p>
      <w:r>
        <w:t>Утримання майна порушує ст. 41 Конституції України та ст. 1 Першого протоколу до ЄКПЛ.</w:t>
      </w:r>
    </w:p>
    <w:p/>
    <w:p>
      <w:r>
        <w:t>ПРОСИЛЬНА ЧАСТИНА</w:t>
      </w:r>
    </w:p>
    <w:p/>
    <w:p>
      <w:r>
        <w:t>Керуючись ст. 169, ч. 5 ст. 171 КПК України, прошу:</w:t>
      </w:r>
    </w:p>
    <w:p/>
    <w:p>
      <w:r>
        <w:t>1. Винести постанову про повернення вилученого майна: __________ (перелік).</w:t>
      </w:r>
    </w:p>
    <w:p>
      <w:r>
        <w:t>2. Повернути майно у строк ст. 169 КПК.</w:t>
      </w:r>
    </w:p>
    <w:p>
      <w:r>
        <w:t>3. Письмово повідомити про прийняте рішення.</w:t>
      </w:r>
    </w:p>
    <w:p/>
    <w:p>
      <w:r>
        <w:t>У разі відмови — буду оскаржувати бездіяльність у порядку п. 1 ч. 1 ст. 303 КПК.</w:t>
      </w:r>
    </w:p>
    <w:p/>
    <w:p>
      <w:r>
        <w:t>Додатки:</w:t>
      </w:r>
    </w:p>
    <w:p>
      <w:r>
        <w:t>— копія протоколу вилучення;</w:t>
      </w:r>
    </w:p>
    <w:p>
      <w:r>
        <w:t>— документи-підтвердження права власності;</w:t>
      </w:r>
    </w:p>
    <w:p>
      <w:r>
        <w:t>— копія ордера/договору.</w:t>
      </w:r>
    </w:p>
    <w:p/>
    <w:p>
      <w:r>
        <w:t>«___» __________ 20__ р.    Підпис ___________ / ___________________</w:t>
      </w:r>
    </w:p>
    <w:p/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Times New Roman" w:hAnsi="Times New Roman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