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Заперечення на клопотання про продовження тримання під вартою</w:t>
      </w:r>
    </w:p>
    <w:p>
      <w:r>
        <w:t>КОМУ: До _____________________________ районного суду м./області ___________________</w:t>
      </w:r>
    </w:p>
    <w:p/>
    <w:p>
      <w:r>
        <w:t>ВІД: підозрюваного / обвинуваченого</w:t>
      </w:r>
    </w:p>
    <w:p>
      <w:r>
        <w:t>_________________________________________________ (П.І.Б.)</w:t>
      </w:r>
    </w:p>
    <w:p>
      <w:r>
        <w:t>місце фактичного перебування (СІЗО): ________________________________</w:t>
      </w:r>
    </w:p>
    <w:p>
      <w:r>
        <w:t>через захисника — адвоката __________________________________ (свідоцтво № ____)</w:t>
      </w:r>
    </w:p>
    <w:p/>
    <w:p>
      <w:r>
        <w:t>У межах кримінального провадження № __________________________________</w:t>
      </w:r>
    </w:p>
    <w:p>
      <w:r>
        <w:t>на клопотання прокурора _________________________ від «___» ______ 20__ р.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ЗАПЕРЕЧЕННЯ</w:t>
      </w:r>
    </w:p>
    <w:p>
      <w:r>
        <w:t>на клопотання про продовження строку тримання під вартою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Ухвалою слідчого судді _____________________________ районного суду від «___» ______ 20__ р. (справа № __________) щодо ____________________ (П.І.Б.) обрано запобіжний захід у вигляді тримання під вартою, строк якого спливає «___» ______ 20__ р.</w:t>
      </w:r>
    </w:p>
    <w:p/>
    <w:p>
      <w:r>
        <w:t>Прокурор подав клопотання про продовження до «___» ______ 20__ р.</w:t>
      </w:r>
    </w:p>
    <w:p/>
    <w:p>
      <w:r>
        <w:t>МОТИВУВАЛЬНА ЧАСТИНА</w:t>
      </w:r>
    </w:p>
    <w:p/>
    <w:p>
      <w:r>
        <w:t>Відповідно до ч. 3 ст. 199 КПК України клопотання про продовження повинно містити:</w:t>
      </w:r>
    </w:p>
    <w:p>
      <w:r>
        <w:t>1) виклад обставин про незменшення/нові ризики, які виправдовують тримання;</w:t>
      </w:r>
    </w:p>
    <w:p>
      <w:r>
        <w:t>2) виклад обставин, що перешкоджають завершенню досудового розслідування.</w:t>
      </w:r>
    </w:p>
    <w:p/>
    <w:p>
      <w:r>
        <w:t>Згідно з ч. 4 ст. 199 КПК слідчий суддя зобов'язаний ВІДМОВИТИ, якщо прокурор не доведе обставини ч. 3.</w:t>
      </w:r>
    </w:p>
    <w:p/>
    <w:p>
      <w:r>
        <w:t>Клопотання прокурора підлягає відхиленню:</w:t>
      </w:r>
    </w:p>
    <w:p/>
    <w:p>
      <w:r>
        <w:t>1. Ризики ст. 177 КПК зменшилися або відпали:</w:t>
      </w:r>
    </w:p>
    <w:p>
      <w:r>
        <w:t xml:space="preserve">   ___________________________________________________________________________</w:t>
      </w:r>
    </w:p>
    <w:p>
      <w:r>
        <w:t xml:space="preserve">   (основні слідчі дії проведено, свідки допитані, можливість перешкоджання відпала)</w:t>
      </w:r>
    </w:p>
    <w:p/>
    <w:p>
      <w:r>
        <w:t>2. Не доведено нових ризиків:</w:t>
      </w:r>
    </w:p>
    <w:p>
      <w:r>
        <w:t xml:space="preserve">   ___________________________________________________________________________</w:t>
      </w:r>
    </w:p>
    <w:p/>
    <w:p>
      <w:r>
        <w:t>3. Прокурор не обґрунтував, чому неможливо завершити досудове в попередньо встановлений строк:</w:t>
      </w:r>
    </w:p>
    <w:p>
      <w:r>
        <w:t xml:space="preserve">   ___________________________________________________________________________</w:t>
      </w:r>
    </w:p>
    <w:p/>
    <w:p>
      <w:r>
        <w:t>4. Не розглянуто можливості більш м'якого запобіжного (ч. 3 ст. 176 КПК):</w:t>
      </w:r>
    </w:p>
    <w:p>
      <w:r>
        <w:t xml:space="preserve">   ___________________________________________________________________________</w:t>
      </w:r>
    </w:p>
    <w:p/>
    <w:p>
      <w:r>
        <w:t>5. Подальше тримання суперечить ст. 5 ЄКПЛ та практиці ЄСПЛ.</w:t>
      </w:r>
    </w:p>
    <w:p/>
    <w:p>
      <w:r>
        <w:t>Керуючись ч. 3, 4 ст. 199, ст. 177, 178, ч. 3 ст. 176 КПК України, прошу:</w:t>
      </w:r>
    </w:p>
    <w:p/>
    <w:p>
      <w:r>
        <w:t>1. У задоволенні клопотання прокурора про продовження строку тримання під вартою щодо ____________________ ВІДМОВИТИ.</w:t>
      </w:r>
    </w:p>
    <w:p>
      <w:r>
        <w:t>2. Запобіжний захід скасувати АБО змінити на більш м'який — ____________________ (домашній арешт / заставу __________ грн / особисте зобов'язання).</w:t>
      </w:r>
    </w:p>
    <w:p>
      <w:r>
        <w:t>3. Звільнити ____________________ з-під варти.</w:t>
      </w:r>
    </w:p>
    <w:p/>
    <w:p>
      <w:r>
        <w:t>Додатки:</w:t>
      </w:r>
    </w:p>
    <w:p>
      <w:r>
        <w:t>— копія ухвали про обрання запобіжного;</w:t>
      </w:r>
    </w:p>
    <w:p>
      <w:r>
        <w:t>— копія клопотання прокурора;</w:t>
      </w:r>
    </w:p>
    <w:p>
      <w:r>
        <w:t>— документи-підтвердження відсутності ризиків (характеристика, склад сім'ї, медичні документи, копія паспорта);</w:t>
      </w:r>
    </w:p>
    <w:p>
      <w:r>
        <w:t>— копія ордера/договору.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