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Клопотання про залучення захисника за призначенням (БПД)</w:t>
      </w:r>
    </w:p>
    <w:p>
      <w:r>
        <w:t>КОМУ: _________________________________________________ (слідчий / прокурор / слідчий суддя — П.І.Б., посада, орган/суд)</w:t>
      </w:r>
    </w:p>
    <w:p>
      <w:r>
        <w:t>адреса: ________________________________</w:t>
      </w:r>
    </w:p>
    <w:p/>
    <w:p>
      <w:r>
        <w:t>ВІД: _________________________________________________ (П.І.Б.)</w:t>
      </w:r>
    </w:p>
    <w:p>
      <w:r>
        <w:t>статус: підозрюваний / обвинувачений</w:t>
      </w:r>
    </w:p>
    <w:p>
      <w:r>
        <w:t>дата народження: ________________________________</w:t>
      </w:r>
    </w:p>
    <w:p>
      <w:r>
        <w:t>місце проживання / фактичного перебування: ________________________________</w:t>
      </w:r>
    </w:p>
    <w:p>
      <w:r>
        <w:t>контактний телефон: ______________________________</w:t>
      </w:r>
    </w:p>
    <w:p/>
    <w:p>
      <w:r>
        <w:t>У межах кримінального провадження № __________________________________</w:t>
      </w:r>
    </w:p>
    <w:p>
      <w:r>
        <w:t>внесеного до ЄРДР «___» ______ 20__ р., за ч. ___ ст. ___ КК України</w:t>
      </w:r>
    </w:p>
    <w:p/>
    <w:p>
      <w:r>
        <w:t>──────────────────────────────────────────────────────────</w:t>
      </w:r>
    </w:p>
    <w:p>
      <w:r>
        <w:t>КЛОПОТАННЯ</w:t>
      </w:r>
    </w:p>
    <w:p>
      <w:r>
        <w:t>про залучення захисника для здійснення захисту за призначенням</w:t>
      </w:r>
    </w:p>
    <w:p>
      <w:r>
        <w:t>──────────────────────────────────────────────────────────</w:t>
      </w:r>
    </w:p>
    <w:p/>
    <w:p>
      <w:r>
        <w:t>«___» ______ 20__ р. мене ____________________ (затримано / повідомлено про підозру / викликано) у межах провадження № __________.</w:t>
      </w:r>
    </w:p>
    <w:p/>
    <w:p>
      <w:r>
        <w:t>Самостійно укласти договір з адвокатом не маю можливості:</w:t>
      </w:r>
    </w:p>
    <w:p>
      <w:r>
        <w:t>— ___________________________________________________________________________</w:t>
      </w:r>
    </w:p>
    <w:p>
      <w:r>
        <w:t xml:space="preserve">   (відсутність коштів, перебування під вартою, малозабезпеченість)</w:t>
      </w:r>
    </w:p>
    <w:p/>
    <w:p>
      <w:r>
        <w:t>МОТИВУВАЛЬНА ЧАСТИНА</w:t>
      </w:r>
    </w:p>
    <w:p/>
    <w:p>
      <w:r>
        <w:t>Відповідно до ст. 49 КПК України слідчий, прокурор, слідчий суддя зобов'язані забезпечити участь захисника, якщо:</w:t>
      </w:r>
    </w:p>
    <w:p>
      <w:r>
        <w:t>1) участь обов'язкова за ст. 52 КПК, а підозрюваний не залучив;</w:t>
      </w:r>
    </w:p>
    <w:p>
      <w:r>
        <w:t>2) підозрюваний заявив клопотання, але через відсутність коштів не може залучити сам;</w:t>
      </w:r>
    </w:p>
    <w:p>
      <w:r>
        <w:t>3) обставини вимагають участі захисника, а підозрюваний не залучив.</w:t>
      </w:r>
    </w:p>
    <w:p/>
    <w:p>
      <w:r>
        <w:t>Залучення здійснюється шляхом направлення повідомлення до Регіонального центру з надання безоплатної вторинної правничої допомоги за Законом № 3460-VI та Постановою КМУ № 1363 від 28.12.2011.</w:t>
      </w:r>
    </w:p>
    <w:p/>
    <w:p>
      <w:r>
        <w:t>У моєму випадку наявні підстави для ОБОВ'ЯЗКОВОЇ участі захисника згідно зі ст. 52 КПК (вибрати):</w:t>
      </w:r>
    </w:p>
    <w:p>
      <w:r>
        <w:t>— провадження щодо особливо тяжких злочинів;</w:t>
      </w:r>
    </w:p>
    <w:p>
      <w:r>
        <w:t>— щодо осіб до 18 років;</w:t>
      </w:r>
    </w:p>
    <w:p>
      <w:r>
        <w:t>— щодо осіб з примусовими заходами медичного характеру;</w:t>
      </w:r>
    </w:p>
    <w:p>
      <w:r>
        <w:t>— щодо осіб з вадами;</w:t>
      </w:r>
    </w:p>
    <w:p>
      <w:r>
        <w:t>— щодо осіб, які не володіють мовою провадження;</w:t>
      </w:r>
    </w:p>
    <w:p>
      <w:r>
        <w:t>— реабілітація померлого;</w:t>
      </w:r>
    </w:p>
    <w:p>
      <w:r>
        <w:t>— спеціальне досудове розслідування.</w:t>
      </w:r>
    </w:p>
    <w:p/>
    <w:p>
      <w:r>
        <w:t>Керуючись ст. 20, 49, 52, 53 КПК України, Законом № 3460-VI, прошу:</w:t>
      </w:r>
    </w:p>
    <w:p/>
    <w:p>
      <w:r>
        <w:t>1. Залучити захисника для здійснення захисту мене у провадженні № __________ за призначенням.</w:t>
      </w:r>
    </w:p>
    <w:p>
      <w:r>
        <w:t>2. Невідкладно направити повідомлення до Регіонального центру БПД (м. __________).</w:t>
      </w:r>
    </w:p>
    <w:p>
      <w:r>
        <w:t>3. До прибуття захисника не проводити слідчих дій, де участь обов'язкова.</w:t>
      </w:r>
    </w:p>
    <w:p/>
    <w:p>
      <w:r>
        <w:t>Додатки:</w:t>
      </w:r>
    </w:p>
    <w:p>
      <w:r>
        <w:t>— копія документа, що посвідчує особу;</w:t>
      </w:r>
    </w:p>
    <w:p>
      <w:r>
        <w:t>— копія повідомлення про підозру / протоколу затримання (за наявності);</w:t>
      </w:r>
    </w:p>
    <w:p>
      <w:r>
        <w:t>— документи-підтвердження неможливості самостійного залучення.</w:t>
      </w:r>
    </w:p>
    <w:p/>
    <w:p>
      <w:r>
        <w:t>«___» __________ 20__ р.    Підпис ___________ / ___________________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