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t>Заява про допуск адвоката як захисника</w:t>
      </w:r>
    </w:p>
    <w:p>
      <w:r>
        <w:t>КОМУ: _________________________________________________ (слідчий / дізнавач / прокурор / слідчий суддя / суд — П.І.Б., посада, орган/суд)</w:t>
      </w:r>
    </w:p>
    <w:p>
      <w:r>
        <w:t>адреса: ________________________________</w:t>
      </w:r>
    </w:p>
    <w:p/>
    <w:p>
      <w:r>
        <w:t>ВІД: адвоката _________________________________________________ (П.І.Б.)</w:t>
      </w:r>
    </w:p>
    <w:p>
      <w:r>
        <w:t>свідоцтво про право на заняття адвокатською діяльністю № ____ від «___» ______ ____ р., видане _________________________________ (рада адвокатів регіону)</w:t>
      </w:r>
    </w:p>
    <w:p>
      <w:r>
        <w:t>адреса для листування: ________________________________</w:t>
      </w:r>
    </w:p>
    <w:p>
      <w:r>
        <w:t>контактний телефон: ______________________________</w:t>
      </w:r>
    </w:p>
    <w:p>
      <w:r>
        <w:t>електронна пошта: ________________________________</w:t>
      </w:r>
    </w:p>
    <w:p/>
    <w:p>
      <w:r>
        <w:t>У межах кримінального провадження № __________________________________</w:t>
      </w:r>
    </w:p>
    <w:p>
      <w:r>
        <w:t>внесеного до ЄРДР «___» ______ 20__ р., щодо ____________________ (П.І.Б.), за ч. ___ ст. ___ КК України</w:t>
      </w:r>
    </w:p>
    <w:p/>
    <w:p>
      <w:r>
        <w:t>──────────────────────────────────────────────────────────</w:t>
      </w:r>
    </w:p>
    <w:p>
      <w:r>
        <w:t>ЗАЯВА</w:t>
      </w:r>
    </w:p>
    <w:p>
      <w:r>
        <w:t>про допуск адвоката до участі у кримінальному провадженні як захисника</w:t>
      </w:r>
    </w:p>
    <w:p>
      <w:r>
        <w:t>──────────────────────────────────────────────────────────</w:t>
      </w:r>
    </w:p>
    <w:p/>
    <w:p>
      <w:r>
        <w:t>«___» ______ 20__ р. між мною — адвокатом ____________________ — та ____________________ (П.І.Б. підозрюваного / законним представником) укладено договір про надання правової допомоги № __________.</w:t>
      </w:r>
    </w:p>
    <w:p/>
    <w:p>
      <w:r>
        <w:t>На підставі договору мені видано ордер № __________ від «___» ______ 20__ р. на представництво інтересів ____________________ у провадженні № __________.</w:t>
      </w:r>
    </w:p>
    <w:p/>
    <w:p>
      <w:r>
        <w:t>МОТИВУВАЛЬНА ЧАСТИНА</w:t>
      </w:r>
    </w:p>
    <w:p/>
    <w:p>
      <w:r>
        <w:t>Відповідно до ч. 1 ст. 45 КПК України захисником є адвокат, який здійснює захист підозрюваного, обвинуваченого, засудженого, виправданого тощо.</w:t>
      </w:r>
    </w:p>
    <w:p/>
    <w:p>
      <w:r>
        <w:t>Згідно з ч. 1 ст. 50 КПК повноваження захисника підтверджуються:</w:t>
      </w:r>
    </w:p>
    <w:p>
      <w:r>
        <w:t>1) свідоцтвом про право на зайняття адвокатською діяльністю;</w:t>
      </w:r>
    </w:p>
    <w:p>
      <w:r>
        <w:t>2) ордером, договором із захисником або дорученням органу БПД.</w:t>
      </w:r>
    </w:p>
    <w:p/>
    <w:p>
      <w:r>
        <w:t>Відповідно до ч. 1 ст. 46 КПК захисник не має права взяти на себе захист іншої особи, якщо це суперечить інтересам особи, якій раніше надавав правову допомогу. Конфлікту інтересів немає.</w:t>
      </w:r>
    </w:p>
    <w:p/>
    <w:p>
      <w:r>
        <w:t>Підстав для відмови у допуску, передбачених ч. 2 ст. 46 та ст. 78 КПК України, не існує.</w:t>
      </w:r>
    </w:p>
    <w:p/>
    <w:p>
      <w:r>
        <w:t>Керуючись ст. 45, 46, 50 КПК України, Законом № 5076-VI «Про адвокатуру та адвокатську діяльність», прошу:</w:t>
      </w:r>
    </w:p>
    <w:p/>
    <w:p>
      <w:r>
        <w:t>1. Допустити мене, адвоката ____________________ (свідоцтво № __________), до участі у провадженні № __________ як захисника ____________________ (П.І.Б. підозрюваного).</w:t>
      </w:r>
    </w:p>
    <w:p>
      <w:r>
        <w:t>2. Надати можливість конфіденційного побачення із підзахисним до проведення першої слідчої дії (п. 5 ч. 1 ст. 46 КПК).</w:t>
      </w:r>
    </w:p>
    <w:p>
      <w:r>
        <w:t>3. Надати для ознайомлення матеріали, з якими захисник має право знайомитися (ч. 2 ст. 221 КПК).</w:t>
      </w:r>
    </w:p>
    <w:p>
      <w:r>
        <w:t>4. Повідомляти мене про дату, час і місце процесуальних дій із моїм підзахисним.</w:t>
      </w:r>
    </w:p>
    <w:p/>
    <w:p>
      <w:r>
        <w:t>Додатки:</w:t>
      </w:r>
    </w:p>
    <w:p>
      <w:r>
        <w:t>— копія свідоцтва про право на заняття адвокатською діяльністю;</w:t>
      </w:r>
    </w:p>
    <w:p>
      <w:r>
        <w:t>— ордер про надання правової допомоги (оригінал);</w:t>
      </w:r>
    </w:p>
    <w:p>
      <w:r>
        <w:t>— копія договору (за наявності);</w:t>
      </w:r>
    </w:p>
    <w:p>
      <w:r>
        <w:t>— копія документа, що посвідчує особу адвоката.</w:t>
      </w:r>
    </w:p>
    <w:p/>
    <w:p>
      <w:r>
        <w:t>«___» __________ 20__ р.    Підпис ___________ / адвокат _____________</w:t>
      </w:r>
    </w:p>
    <w:p/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Times New Roman" w:hAnsi="Times New Roman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